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24A" w:rsidP="006D245C" w:rsidRDefault="007D059B" w14:paraId="20A756EA" w14:textId="238039E5">
      <w:pPr>
        <w:pStyle w:val="Title"/>
        <w:jc w:val="center"/>
        <w:rPr>
          <w:rFonts w:ascii="Aptos" w:hAnsi="Aptos"/>
          <w:b w:val="1"/>
          <w:bCs w:val="1"/>
          <w:sz w:val="28"/>
          <w:szCs w:val="28"/>
        </w:rPr>
      </w:pPr>
      <w:r w:rsidRPr="1D787A6D" w:rsidR="6FD27D7D">
        <w:rPr>
          <w:rFonts w:ascii="Aptos" w:hAnsi="Aptos"/>
          <w:b w:val="1"/>
          <w:bCs w:val="1"/>
          <w:sz w:val="28"/>
          <w:szCs w:val="28"/>
        </w:rPr>
        <w:t>7</w:t>
      </w:r>
      <w:r w:rsidRPr="1D787A6D" w:rsidR="007D059B">
        <w:rPr>
          <w:rFonts w:ascii="Aptos" w:hAnsi="Aptos"/>
          <w:b w:val="1"/>
          <w:bCs w:val="1"/>
          <w:sz w:val="28"/>
          <w:szCs w:val="28"/>
          <w:vertAlign w:val="superscript"/>
        </w:rPr>
        <w:t>th</w:t>
      </w:r>
      <w:r w:rsidRPr="1D787A6D" w:rsidR="007D059B">
        <w:rPr>
          <w:rFonts w:ascii="Aptos" w:hAnsi="Aptos"/>
          <w:b w:val="1"/>
          <w:bCs w:val="1"/>
          <w:sz w:val="28"/>
          <w:szCs w:val="28"/>
        </w:rPr>
        <w:t xml:space="preserve"> African Research Scholar Academy </w:t>
      </w:r>
    </w:p>
    <w:p w:rsidRPr="006D124A" w:rsidR="009F77CC" w:rsidP="006D245C" w:rsidRDefault="007D059B" w14:paraId="38C23BDD" w14:textId="54822A8D">
      <w:pPr>
        <w:pStyle w:val="Title"/>
        <w:jc w:val="center"/>
        <w:rPr>
          <w:rFonts w:ascii="Aptos" w:hAnsi="Aptos"/>
          <w:b/>
          <w:bCs/>
          <w:sz w:val="28"/>
          <w:szCs w:val="28"/>
        </w:rPr>
      </w:pPr>
      <w:r w:rsidRPr="006D124A">
        <w:rPr>
          <w:rFonts w:ascii="Aptos" w:hAnsi="Aptos"/>
          <w:b/>
          <w:bCs/>
          <w:sz w:val="28"/>
          <w:szCs w:val="28"/>
        </w:rPr>
        <w:t>Presenter Session Plan Form</w:t>
      </w:r>
    </w:p>
    <w:p w:rsidRPr="007D059B" w:rsidR="009F77CC" w:rsidRDefault="00000000" w14:paraId="0E7F7165" w14:textId="77777777">
      <w:pPr>
        <w:rPr>
          <w:rFonts w:ascii="Aptos" w:hAnsi="Aptos"/>
        </w:rPr>
      </w:pPr>
      <w:r w:rsidRPr="007D059B">
        <w:rPr>
          <w:rFonts w:ascii="Aptos" w:hAnsi="Aptos"/>
        </w:rPr>
        <w:t>Thank you for contributing to the Academy! Please complete the form below to help us ensure a dynamic, engaging, and well-structured learning experience for participants.</w:t>
      </w:r>
    </w:p>
    <w:p w:rsidRPr="00DF4D47" w:rsidR="009F77CC" w:rsidP="00DF4D47" w:rsidRDefault="00000000" w14:paraId="4A2DD694" w14:textId="77777777">
      <w:pPr>
        <w:pStyle w:val="Heading1"/>
      </w:pPr>
      <w:r w:rsidRPr="00DF4D47">
        <w:t>1. Presenter Name(s):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7D059B" w:rsidTr="1D787A6D" w14:paraId="5CF1060F" w14:textId="77777777">
        <w:tc>
          <w:tcPr>
            <w:tcW w:w="8856" w:type="dxa"/>
            <w:tcMar/>
          </w:tcPr>
          <w:p w:rsidR="007D059B" w:rsidP="007D059B" w:rsidRDefault="006762B5" w14:paraId="5152A674" w14:textId="765F0235">
            <w:bookmarkStart w:name="_Hlk202878364" w:id="0"/>
            <w:r w:rsidR="006762B5">
              <w:rPr/>
              <w:t xml:space="preserve">Dr </w:t>
            </w:r>
            <w:r w:rsidR="006762B5">
              <w:rPr/>
              <w:t>Tholang</w:t>
            </w:r>
            <w:r w:rsidR="006762B5">
              <w:rPr/>
              <w:t xml:space="preserve"> Mokhele </w:t>
            </w:r>
          </w:p>
          <w:p w:rsidR="007D059B" w:rsidP="007D059B" w:rsidRDefault="006762B5" w14:paraId="4F1E6AB8" w14:textId="178E22FA">
            <w:r w:rsidR="006762B5">
              <w:rPr/>
              <w:t>Dr Emmanuel Fundisi</w:t>
            </w:r>
          </w:p>
        </w:tc>
      </w:tr>
    </w:tbl>
    <w:bookmarkEnd w:id="0"/>
    <w:p w:rsidR="009F77CC" w:rsidP="00DF4D47" w:rsidRDefault="00000000" w14:paraId="6A722B00" w14:textId="77777777">
      <w:pPr>
        <w:pStyle w:val="Heading1"/>
      </w:pPr>
      <w:r w:rsidRPr="007D059B">
        <w:t xml:space="preserve">2. </w:t>
      </w:r>
      <w:r w:rsidRPr="006D245C">
        <w:t>Session</w:t>
      </w:r>
      <w:r w:rsidRPr="007D059B">
        <w:t xml:space="preserve"> 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1D787A6D" w14:paraId="25D1F8CF" w14:textId="77777777">
        <w:tc>
          <w:tcPr>
            <w:tcW w:w="8856" w:type="dxa"/>
            <w:tcMar/>
          </w:tcPr>
          <w:p w:rsidR="006D245C" w:rsidP="00A454B0" w:rsidRDefault="006762B5" w14:paraId="53EF7E6D" w14:textId="2DC487A6">
            <w:r w:rsidR="1F827962">
              <w:rPr/>
              <w:t>Unlocking Research Potential: The Value of Geographic Information Systems (GIS)</w:t>
            </w:r>
          </w:p>
        </w:tc>
      </w:tr>
    </w:tbl>
    <w:p w:rsidRPr="007D059B" w:rsidR="009F77CC" w:rsidP="00DF4D47" w:rsidRDefault="00000000" w14:paraId="4F83BBD0" w14:textId="77777777">
      <w:pPr>
        <w:pStyle w:val="Heading1"/>
      </w:pPr>
      <w:r w:rsidRPr="007D059B">
        <w:t>3. Date and Time of Session: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6D84805C" w14:paraId="4FC0D03D" w14:textId="77777777">
        <w:tc>
          <w:tcPr>
            <w:tcW w:w="8856" w:type="dxa"/>
            <w:tcMar/>
          </w:tcPr>
          <w:p w:rsidR="006D245C" w:rsidP="00A454B0" w:rsidRDefault="006762B5" w14:paraId="0D960815" w14:textId="0D54817B">
            <w:bookmarkStart w:name="_Hlk202878399" w:id="1"/>
            <w:r w:rsidR="006762B5">
              <w:rPr/>
              <w:t>31 July 202</w:t>
            </w:r>
            <w:r w:rsidR="5160EEC5">
              <w:rPr/>
              <w:t>6.</w:t>
            </w:r>
            <w:r w:rsidR="006762B5">
              <w:rPr/>
              <w:t xml:space="preserve"> 1</w:t>
            </w:r>
            <w:r w:rsidR="1FF7ECEA">
              <w:rPr/>
              <w:t>1</w:t>
            </w:r>
            <w:r w:rsidR="006762B5">
              <w:rPr/>
              <w:t>:00-1</w:t>
            </w:r>
            <w:r w:rsidR="2EB69FC5">
              <w:rPr/>
              <w:t>3</w:t>
            </w:r>
            <w:r w:rsidR="006762B5">
              <w:rPr/>
              <w:t>:00</w:t>
            </w:r>
            <w:r w:rsidR="09B65CCC">
              <w:rPr/>
              <w:t xml:space="preserve"> (Track B – Focused)</w:t>
            </w:r>
          </w:p>
        </w:tc>
      </w:tr>
      <w:bookmarkEnd w:id="1"/>
    </w:tbl>
    <w:p w:rsidR="001F51C3" w:rsidP="001F51C3" w:rsidRDefault="001F51C3" w14:paraId="07D8A3B6" w14:textId="77777777"/>
    <w:p w:rsidRPr="007D059B" w:rsidR="009F77CC" w:rsidP="00DF4D47" w:rsidRDefault="006D245C" w14:paraId="369A0D7F" w14:textId="78058BFF">
      <w:pPr>
        <w:pStyle w:val="Heading1"/>
      </w:pPr>
      <w:r>
        <w:t xml:space="preserve">4. </w:t>
      </w:r>
      <w:r w:rsidRPr="007D059B">
        <w:t>Content Overview</w:t>
      </w:r>
    </w:p>
    <w:p w:rsidRPr="004177BB" w:rsidR="009F77CC" w:rsidP="004177BB" w:rsidRDefault="00000000" w14:paraId="4F0499DA" w14:textId="270F1DA6">
      <w:pPr>
        <w:pStyle w:val="Heading2"/>
      </w:pPr>
      <w:r w:rsidRPr="004177BB">
        <w:t>4</w:t>
      </w:r>
      <w:r w:rsidRPr="004177BB" w:rsidR="006D245C">
        <w:t>.1</w:t>
      </w:r>
      <w:r w:rsidRPr="004177BB">
        <w:t>. Learning Objectives (3 bullet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:rsidTr="00A454B0" w14:paraId="1C0BDB4F" w14:textId="77777777">
        <w:tc>
          <w:tcPr>
            <w:tcW w:w="8856" w:type="dxa"/>
          </w:tcPr>
          <w:p w:rsidRPr="006762B5" w:rsidR="006762B5" w:rsidP="006762B5" w:rsidRDefault="006762B5" w14:paraId="2830BC93" w14:textId="77777777">
            <w:pPr>
              <w:pStyle w:val="ListParagraph"/>
              <w:numPr>
                <w:ilvl w:val="0"/>
                <w:numId w:val="10"/>
              </w:numPr>
            </w:pPr>
            <w:r w:rsidRPr="006762B5">
              <w:t>To have a basic knowledge of the applications of GIS in the Social Sciences</w:t>
            </w:r>
          </w:p>
          <w:p w:rsidR="006D245C" w:rsidP="006D245C" w:rsidRDefault="006762B5" w14:paraId="28C01F34" w14:textId="303DCAB7">
            <w:pPr>
              <w:pStyle w:val="ListParagraph"/>
              <w:numPr>
                <w:ilvl w:val="0"/>
                <w:numId w:val="10"/>
              </w:numPr>
            </w:pPr>
            <w:r>
              <w:t>To understand how to use open source QGIS to create maps</w:t>
            </w:r>
          </w:p>
          <w:p w:rsidR="006762B5" w:rsidP="006D245C" w:rsidRDefault="006762B5" w14:paraId="48706CD4" w14:textId="2F3033A4">
            <w:pPr>
              <w:pStyle w:val="ListParagraph"/>
              <w:numPr>
                <w:ilvl w:val="0"/>
                <w:numId w:val="10"/>
              </w:numPr>
            </w:pPr>
            <w:r w:rsidRPr="006762B5">
              <w:t xml:space="preserve">to understand the importance of </w:t>
            </w:r>
            <w:r>
              <w:t>GIS</w:t>
            </w:r>
            <w:r w:rsidRPr="006762B5">
              <w:t xml:space="preserve"> in relation to their research areas</w:t>
            </w:r>
          </w:p>
        </w:tc>
      </w:tr>
    </w:tbl>
    <w:p w:rsidRPr="006D245C" w:rsidR="006D245C" w:rsidP="006D245C" w:rsidRDefault="006D245C" w14:paraId="64979932" w14:textId="77777777"/>
    <w:p w:rsidRPr="007D059B" w:rsidR="009F77CC" w:rsidP="004177BB" w:rsidRDefault="006D245C" w14:paraId="664A8C01" w14:textId="64222505">
      <w:pPr>
        <w:pStyle w:val="Heading2"/>
      </w:pPr>
      <w:r>
        <w:t>4.2</w:t>
      </w:r>
      <w:r w:rsidRPr="007D059B">
        <w:t>. Tentative Structure / Flow of the Session:</w:t>
      </w:r>
    </w:p>
    <w:p w:rsidR="009F77CC" w:rsidRDefault="00000000" w14:paraId="54E9EEA2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10 mins intro, 20 mins activity, 15 mins discussion,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36873" w:rsidTr="3F4DA5AC" w14:paraId="18C3DB97" w14:textId="77777777">
        <w:tc>
          <w:tcPr>
            <w:tcW w:w="8630" w:type="dxa"/>
            <w:tcMar/>
          </w:tcPr>
          <w:p w:rsidRPr="00936873" w:rsidR="00936873" w:rsidP="00936873" w:rsidRDefault="00936873" w14:paraId="3B787F99" w14:textId="65BDB073">
            <w:pPr>
              <w:rPr>
                <w:i/>
              </w:rPr>
            </w:pPr>
            <w:r w:rsidRPr="00517E42">
              <w:rPr>
                <w:i/>
              </w:rPr>
              <w:t xml:space="preserve">Introduction to </w:t>
            </w:r>
            <w:r>
              <w:rPr>
                <w:i/>
              </w:rPr>
              <w:t>S</w:t>
            </w:r>
            <w:r w:rsidRPr="00517E42">
              <w:rPr>
                <w:i/>
              </w:rPr>
              <w:t>ession</w:t>
            </w:r>
            <w:r>
              <w:rPr>
                <w:i/>
              </w:rPr>
              <w:t xml:space="preserve"> and </w:t>
            </w:r>
            <w:r w:rsidRPr="00936873">
              <w:rPr>
                <w:i/>
              </w:rPr>
              <w:t>Video presentation on Introduction to GIS</w:t>
            </w:r>
            <w:r>
              <w:rPr>
                <w:i/>
              </w:rPr>
              <w:t xml:space="preserve">    10 Minutes</w:t>
            </w:r>
          </w:p>
        </w:tc>
      </w:tr>
      <w:tr w:rsidR="00936873" w:rsidTr="3F4DA5AC" w14:paraId="066B7920" w14:textId="77777777">
        <w:tc>
          <w:tcPr>
            <w:tcW w:w="8630" w:type="dxa"/>
            <w:tcMar/>
          </w:tcPr>
          <w:p w:rsidRPr="00446AFB" w:rsidR="00936873" w:rsidP="00936873" w:rsidRDefault="00936873" w14:paraId="60D7D72B" w14:textId="18BAF3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Practical </w:t>
            </w:r>
            <w:proofErr w:type="gramStart"/>
            <w:r>
              <w:rPr>
                <w:i/>
                <w:iCs/>
              </w:rPr>
              <w:t xml:space="preserve">Session;   </w:t>
            </w:r>
            <w:proofErr w:type="gramEnd"/>
            <w:r>
              <w:rPr>
                <w:i/>
                <w:iCs/>
              </w:rPr>
              <w:t xml:space="preserve">                                                                                                   1:40 Minutes</w:t>
            </w:r>
          </w:p>
          <w:p w:rsidRPr="00E877D3" w:rsidR="00936873" w:rsidP="00936873" w:rsidRDefault="00936873" w14:paraId="53667359" w14:textId="77777777">
            <w:pPr>
              <w:pStyle w:val="ListParagraph"/>
              <w:numPr>
                <w:ilvl w:val="0"/>
                <w:numId w:val="11"/>
              </w:numPr>
              <w:rPr>
                <w:i/>
                <w:iCs/>
              </w:rPr>
            </w:pPr>
            <w:r w:rsidRPr="00E877D3">
              <w:rPr>
                <w:i/>
                <w:iCs/>
              </w:rPr>
              <w:t>Introduction to QGIS software</w:t>
            </w:r>
          </w:p>
          <w:p w:rsidRPr="00E877D3" w:rsidR="00936873" w:rsidP="00936873" w:rsidRDefault="00936873" w14:paraId="1C63F84C" w14:textId="77777777">
            <w:pPr>
              <w:pStyle w:val="ListParagraph"/>
              <w:numPr>
                <w:ilvl w:val="0"/>
                <w:numId w:val="11"/>
              </w:numPr>
              <w:rPr>
                <w:i/>
                <w:iCs/>
              </w:rPr>
            </w:pPr>
            <w:r w:rsidRPr="00E877D3">
              <w:rPr>
                <w:i/>
                <w:iCs/>
              </w:rPr>
              <w:t>Exploring different layers (points, polygons and lines)</w:t>
            </w:r>
          </w:p>
          <w:p w:rsidRPr="00E877D3" w:rsidR="00936873" w:rsidP="00936873" w:rsidRDefault="00936873" w14:paraId="423942B7" w14:textId="77777777">
            <w:pPr>
              <w:pStyle w:val="ListParagraph"/>
              <w:numPr>
                <w:ilvl w:val="0"/>
                <w:numId w:val="11"/>
              </w:numPr>
              <w:rPr>
                <w:i/>
                <w:iCs/>
              </w:rPr>
            </w:pPr>
            <w:r w:rsidRPr="00E877D3">
              <w:rPr>
                <w:i/>
                <w:iCs/>
              </w:rPr>
              <w:t>Basic knowledge of mapping Census 2022 data</w:t>
            </w:r>
          </w:p>
          <w:p w:rsidR="00936873" w:rsidP="00936873" w:rsidRDefault="00936873" w14:paraId="3E63A189" w14:textId="77777777">
            <w:pPr>
              <w:pStyle w:val="ListParagraph"/>
              <w:numPr>
                <w:ilvl w:val="0"/>
                <w:numId w:val="11"/>
              </w:numPr>
              <w:rPr>
                <w:i/>
                <w:iCs/>
              </w:rPr>
            </w:pPr>
            <w:r w:rsidRPr="00E877D3">
              <w:rPr>
                <w:i/>
                <w:iCs/>
              </w:rPr>
              <w:t>Understanding what a thematic map output requires</w:t>
            </w:r>
          </w:p>
          <w:p w:rsidRPr="00936873" w:rsidR="00936873" w:rsidP="00936873" w:rsidRDefault="00936873" w14:paraId="679CD385" w14:textId="396A4EF3">
            <w:pPr>
              <w:pStyle w:val="ListParagraph"/>
              <w:numPr>
                <w:ilvl w:val="0"/>
                <w:numId w:val="11"/>
              </w:numPr>
              <w:rPr>
                <w:i/>
                <w:iCs/>
              </w:rPr>
            </w:pPr>
            <w:r w:rsidRPr="00936873">
              <w:rPr>
                <w:i/>
                <w:iCs/>
              </w:rPr>
              <w:t>Creating a thematic map</w:t>
            </w:r>
          </w:p>
        </w:tc>
      </w:tr>
      <w:tr w:rsidR="00936873" w:rsidTr="3F4DA5AC" w14:paraId="4C519511" w14:textId="77777777">
        <w:tc>
          <w:tcPr>
            <w:tcW w:w="8630" w:type="dxa"/>
            <w:tcMar/>
          </w:tcPr>
          <w:p w:rsidR="00936873" w:rsidP="3F4DA5AC" w:rsidRDefault="00936873" w14:paraId="11F70398" w14:textId="1BC262AB">
            <w:pPr>
              <w:rPr>
                <w:i w:val="1"/>
                <w:iCs w:val="1"/>
              </w:rPr>
            </w:pPr>
            <w:r w:rsidRPr="3F4DA5AC" w:rsidR="00936873">
              <w:rPr>
                <w:i w:val="1"/>
                <w:iCs w:val="1"/>
              </w:rPr>
              <w:t>Menti Question</w:t>
            </w:r>
            <w:r w:rsidRPr="3F4DA5AC" w:rsidR="00936873">
              <w:rPr>
                <w:i w:val="1"/>
                <w:iCs w:val="1"/>
              </w:rPr>
              <w:t>s</w:t>
            </w:r>
            <w:r w:rsidRPr="3F4DA5AC" w:rsidR="00936873">
              <w:rPr>
                <w:i w:val="1"/>
                <w:iCs w:val="1"/>
              </w:rPr>
              <w:t xml:space="preserve"> prepared with link and </w:t>
            </w:r>
            <w:r w:rsidRPr="3F4DA5AC" w:rsidR="00936873">
              <w:rPr>
                <w:i w:val="1"/>
                <w:iCs w:val="1"/>
              </w:rPr>
              <w:t>code</w:t>
            </w:r>
            <w:r w:rsidRPr="3F4DA5AC" w:rsidR="00936873">
              <w:rPr>
                <w:i w:val="1"/>
                <w:iCs w:val="1"/>
              </w:rPr>
              <w:t xml:space="preserve"> and</w:t>
            </w:r>
            <w:r w:rsidRPr="3F4DA5AC" w:rsidR="00936873">
              <w:rPr>
                <w:i w:val="1"/>
                <w:iCs w:val="1"/>
              </w:rPr>
              <w:t xml:space="preserve"> Zoom chat                     10 Minutes</w:t>
            </w:r>
          </w:p>
        </w:tc>
      </w:tr>
    </w:tbl>
    <w:p w:rsidR="001F51C3" w:rsidP="001F51C3" w:rsidRDefault="001F51C3" w14:paraId="4EE3FEFF" w14:textId="77777777"/>
    <w:p w:rsidRPr="007D059B" w:rsidR="009F77CC" w:rsidP="00DF4D47" w:rsidRDefault="006D245C" w14:paraId="4CF83A7F" w14:textId="307335CE">
      <w:pPr>
        <w:pStyle w:val="Heading1"/>
      </w:pPr>
      <w:r>
        <w:t xml:space="preserve">5. </w:t>
      </w:r>
      <w:r w:rsidRPr="007D059B">
        <w:t>Engagement and Interaction</w:t>
      </w:r>
    </w:p>
    <w:p w:rsidRPr="007D059B" w:rsidR="009F77CC" w:rsidP="004177BB" w:rsidRDefault="006D245C" w14:paraId="69E8F612" w14:textId="2D25321E">
      <w:pPr>
        <w:pStyle w:val="Heading2"/>
      </w:pPr>
      <w:r>
        <w:t>5.1</w:t>
      </w:r>
      <w:r w:rsidRPr="007D059B">
        <w:t xml:space="preserve"> Planned Interactive Element(s)</w:t>
      </w:r>
    </w:p>
    <w:p w:rsidRPr="007D059B" w:rsidR="009F77CC" w:rsidRDefault="006D245C" w14:paraId="29350BDF" w14:textId="44B9A0C1">
      <w:pPr>
        <w:rPr>
          <w:rFonts w:ascii="Aptos" w:hAnsi="Aptos"/>
        </w:rPr>
      </w:pPr>
      <w:r>
        <w:rPr>
          <w:rFonts w:ascii="Aptos" w:hAnsi="Aptos"/>
        </w:rPr>
        <w:t>T</w:t>
      </w:r>
      <w:r w:rsidRPr="007D059B">
        <w:rPr>
          <w:rFonts w:ascii="Aptos" w:hAnsi="Aptos"/>
        </w:rPr>
        <w:t>ick one or more or describe your own</w:t>
      </w:r>
      <w:r>
        <w:rPr>
          <w:rFonts w:ascii="Aptos" w:hAnsi="Aptos"/>
        </w:rPr>
        <w:t>, please reach out if you would like more information on interactive tools</w:t>
      </w:r>
    </w:p>
    <w:p w:rsidRPr="007D059B" w:rsidR="009F77CC" w:rsidP="006D245C" w:rsidRDefault="00000000" w14:paraId="73154319" w14:textId="3488085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9932551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762B5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Poll or quiz</w:t>
      </w:r>
      <w:r w:rsidR="006D245C">
        <w:rPr>
          <w:rFonts w:ascii="Aptos" w:hAnsi="Aptos"/>
        </w:rPr>
        <w:t xml:space="preserve"> (</w:t>
      </w:r>
      <w:proofErr w:type="spellStart"/>
      <w:r w:rsidR="006D245C">
        <w:rPr>
          <w:rFonts w:ascii="Aptos" w:hAnsi="Aptos"/>
        </w:rPr>
        <w:t>menti</w:t>
      </w:r>
      <w:proofErr w:type="spellEnd"/>
      <w:r w:rsidR="006D245C">
        <w:rPr>
          <w:rFonts w:ascii="Aptos" w:hAnsi="Aptos"/>
        </w:rPr>
        <w:t xml:space="preserve">, Kahoot, </w:t>
      </w:r>
      <w:proofErr w:type="spellStart"/>
      <w:r w:rsidR="006D245C">
        <w:rPr>
          <w:rFonts w:ascii="Aptos" w:hAnsi="Aptos"/>
        </w:rPr>
        <w:t>slido</w:t>
      </w:r>
      <w:proofErr w:type="spellEnd"/>
      <w:r w:rsidR="006D245C">
        <w:rPr>
          <w:rFonts w:ascii="Aptos" w:hAnsi="Aptos"/>
        </w:rPr>
        <w:t xml:space="preserve">) </w:t>
      </w:r>
    </w:p>
    <w:p w:rsidRPr="007D059B" w:rsidR="009F77CC" w:rsidP="006D245C" w:rsidRDefault="00000000" w14:paraId="11BC152A" w14:textId="4159542F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1782830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Group discussion in breakout rooms</w:t>
      </w:r>
    </w:p>
    <w:p w:rsidRPr="007D059B" w:rsidR="009F77CC" w:rsidP="006D245C" w:rsidRDefault="00000000" w14:paraId="7784A221" w14:textId="13A96266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209954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Hands-on demo (e.g., live coding, annotation)</w:t>
      </w:r>
    </w:p>
    <w:p w:rsidRPr="007D059B" w:rsidR="009F77CC" w:rsidP="006D245C" w:rsidRDefault="00000000" w14:paraId="38F50023" w14:textId="579931B3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190144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245C">
            <w:rPr>
              <w:rFonts w:hint="eastAsia" w:ascii="MS Gothic" w:hAnsi="MS Gothic" w:eastAsia="MS Gothic"/>
            </w:rPr>
            <w:t>☐</w:t>
          </w:r>
        </w:sdtContent>
      </w:sdt>
      <w:r w:rsidRPr="007D059B" w:rsidR="006D245C">
        <w:rPr>
          <w:rFonts w:ascii="Aptos" w:hAnsi="Aptos"/>
        </w:rPr>
        <w:t xml:space="preserve"> </w:t>
      </w:r>
      <w:proofErr w:type="spellStart"/>
      <w:r w:rsidRPr="007D059B" w:rsidR="006D245C">
        <w:rPr>
          <w:rFonts w:ascii="Aptos" w:hAnsi="Aptos"/>
        </w:rPr>
        <w:t>Jamboard</w:t>
      </w:r>
      <w:proofErr w:type="spellEnd"/>
      <w:r w:rsidRPr="007D059B" w:rsidR="006D245C">
        <w:rPr>
          <w:rFonts w:ascii="Aptos" w:hAnsi="Aptos"/>
        </w:rPr>
        <w:t>, Padlet, or whiteboard exercise</w:t>
      </w:r>
    </w:p>
    <w:p w:rsidRPr="007D059B" w:rsidR="009F77CC" w:rsidP="006D245C" w:rsidRDefault="00000000" w14:paraId="2A130081" w14:textId="0FEB68E0">
      <w:pPr>
        <w:spacing w:after="0"/>
        <w:rPr>
          <w:rFonts w:ascii="Aptos" w:hAnsi="Aptos"/>
        </w:rPr>
      </w:pPr>
      <w:sdt>
        <w:sdtPr>
          <w:rPr>
            <w:rFonts w:ascii="Aptos" w:hAnsi="Aptos"/>
          </w:rPr>
          <w:id w:val="-12384742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6873">
            <w:rPr>
              <w:rFonts w:hint="eastAsia" w:ascii="MS Gothic" w:hAnsi="MS Gothic" w:eastAsia="MS Gothic"/>
            </w:rPr>
            <w:t>☒</w:t>
          </w:r>
        </w:sdtContent>
      </w:sdt>
      <w:r w:rsidRPr="007D059B" w:rsidR="006D245C">
        <w:rPr>
          <w:rFonts w:ascii="Aptos" w:hAnsi="Aptos"/>
        </w:rPr>
        <w:t xml:space="preserve"> Other: _</w:t>
      </w:r>
      <w:r w:rsidR="00936873">
        <w:rPr>
          <w:rFonts w:ascii="Aptos" w:hAnsi="Aptos"/>
        </w:rPr>
        <w:t>Zoom chat</w:t>
      </w:r>
      <w:r w:rsidRPr="007D059B" w:rsidR="006D245C">
        <w:rPr>
          <w:rFonts w:ascii="Aptos" w:hAnsi="Aptos"/>
        </w:rPr>
        <w:t>_______________________________________</w:t>
      </w:r>
    </w:p>
    <w:p w:rsidRPr="007D059B" w:rsidR="009F77CC" w:rsidP="004177BB" w:rsidRDefault="006D245C" w14:paraId="36071AC6" w14:textId="3E707D70">
      <w:pPr>
        <w:pStyle w:val="Heading2"/>
      </w:pPr>
      <w:r>
        <w:t>5.2</w:t>
      </w:r>
      <w:r w:rsidRPr="007D059B">
        <w:t>. How will you check if learning is taking place during the session?</w:t>
      </w:r>
    </w:p>
    <w:p w:rsidR="009F77CC" w:rsidRDefault="00000000" w14:paraId="499AE376" w14:textId="77777777">
      <w:pPr>
        <w:rPr>
          <w:rFonts w:ascii="Aptos" w:hAnsi="Aptos"/>
        </w:rPr>
      </w:pPr>
      <w:r w:rsidRPr="007D059B">
        <w:rPr>
          <w:rFonts w:ascii="Aptos" w:hAnsi="Aptos"/>
        </w:rPr>
        <w:t>(e.g., mini quiz, short reflection, live Q&amp;A, feedback tool,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8A05D8B" w14:textId="77777777">
        <w:tc>
          <w:tcPr>
            <w:tcW w:w="8856" w:type="dxa"/>
          </w:tcPr>
          <w:p w:rsidR="006D245C" w:rsidRDefault="00936873" w14:paraId="18DD30A8" w14:textId="17B1EC87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Menti questions and Zoom chat</w:t>
            </w:r>
          </w:p>
        </w:tc>
      </w:tr>
    </w:tbl>
    <w:p w:rsidRPr="007D059B" w:rsidR="006D245C" w:rsidRDefault="006D245C" w14:paraId="546F2896" w14:textId="77777777">
      <w:pPr>
        <w:rPr>
          <w:rFonts w:ascii="Aptos" w:hAnsi="Aptos"/>
        </w:rPr>
      </w:pPr>
    </w:p>
    <w:p w:rsidR="00B11142" w:rsidP="00DF4D47" w:rsidRDefault="00000000" w14:paraId="308E212B" w14:textId="6A4F8A4F">
      <w:pPr>
        <w:pStyle w:val="Heading1"/>
      </w:pPr>
      <w:r>
        <w:rPr/>
        <w:t xml:space="preserve"> </w:t>
      </w:r>
      <w:r w:rsidR="001F51C3">
        <w:rPr/>
        <w:t xml:space="preserve">6. </w:t>
      </w:r>
      <w:r w:rsidR="00B11142">
        <w:rPr/>
        <w:t xml:space="preserve">Incorporation of AI </w:t>
      </w:r>
    </w:p>
    <w:p w:rsidR="2E1403B1" w:rsidP="21B9A827" w:rsidRDefault="2E1403B1" w14:paraId="18FE2321" w14:textId="14183B70">
      <w:pPr>
        <w:spacing w:before="0" w:beforeAutospacing="off" w:after="16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B9A827" w:rsidR="2E1403B1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The Academy theme this year is "African Research Voices in the Age of Artificial Intelligence." Please indicate how you will incorporate a discussion of AI in your session. This may include a brief introduction, example, demonstration, or reflection of how AI tools are shaping research.</w:t>
      </w:r>
    </w:p>
    <w:p w:rsidR="2E1403B1" w:rsidP="21B9A827" w:rsidRDefault="2E1403B1" w14:paraId="2FD72C2A" w14:textId="6593B17E">
      <w:pPr>
        <w:spacing w:before="0" w:beforeAutospacing="off" w:after="16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B9A827" w:rsidR="2E1403B1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</w:p>
    <w:p w:rsidR="2E1403B1" w:rsidP="21B9A827" w:rsidRDefault="2E1403B1" w14:paraId="3AA77AAB" w14:textId="3EA45B3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1B9A827" w:rsidR="2E1403B1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How do you plan to introduce, discuss, or demonstrate AI tools in your session?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31C5" w:rsidTr="21B9A827" w14:paraId="02900B91" w14:textId="77777777">
        <w:tc>
          <w:tcPr>
            <w:tcW w:w="8630" w:type="dxa"/>
            <w:tcMar/>
          </w:tcPr>
          <w:p w:rsidR="00CF31C5" w:rsidP="0099551C" w:rsidRDefault="00CF31C5" w14:paraId="039B942C" w14:textId="55C00A0F">
            <w:pPr/>
            <w:r w:rsidRPr="21B9A827" w:rsidR="17F4C49B">
              <w:rPr>
                <w:rFonts w:ascii="Aptos" w:hAnsi="Aptos"/>
              </w:rPr>
              <w:t xml:space="preserve">Discusses GeoAI </w:t>
            </w:r>
          </w:p>
        </w:tc>
      </w:tr>
    </w:tbl>
    <w:p w:rsidRPr="00F81363" w:rsidR="00CF31C5" w:rsidP="0099551C" w:rsidRDefault="00CF31C5" w14:paraId="0A02EE57" w14:textId="77777777">
      <w:pPr>
        <w:rPr>
          <w:rFonts w:ascii="Aptos" w:hAnsi="Aptos"/>
        </w:rPr>
      </w:pPr>
    </w:p>
    <w:p w:rsidRPr="007D059B" w:rsidR="009F77CC" w:rsidP="00DF4D47" w:rsidRDefault="00000000" w14:paraId="4D5C137F" w14:textId="44CE11D0">
      <w:pPr>
        <w:pStyle w:val="Heading1"/>
      </w:pPr>
      <w:r w:rsidRPr="007D059B">
        <w:t>Additional Materials</w:t>
      </w:r>
    </w:p>
    <w:p w:rsidRPr="007D059B" w:rsidR="009F77CC" w:rsidP="004177BB" w:rsidRDefault="001F51C3" w14:paraId="6064DC88" w14:textId="677E8436">
      <w:pPr>
        <w:pStyle w:val="Heading2"/>
      </w:pPr>
      <w:r>
        <w:t>6.1</w:t>
      </w:r>
      <w:r w:rsidRPr="007D059B">
        <w:t xml:space="preserve"> Pre-reading or Additional Resources:</w:t>
      </w:r>
    </w:p>
    <w:p w:rsidR="009F77CC" w:rsidRDefault="00000000" w14:paraId="186D45BE" w14:textId="75F3D4EC">
      <w:pPr>
        <w:rPr>
          <w:rFonts w:ascii="Aptos" w:hAnsi="Aptos"/>
        </w:rPr>
      </w:pPr>
      <w:r w:rsidRPr="1D787A6D">
        <w:rPr>
          <w:rFonts w:ascii="Aptos" w:hAnsi="Aptos"/>
        </w:rPr>
        <w:t xml:space="preserve">Please list any articles, slides, videos, or tools participants should review before the session. </w:t>
      </w:r>
      <w:r w:rsidRPr="1D787A6D" w:rsidR="006D245C">
        <w:rPr>
          <w:rFonts w:ascii="Aptos" w:hAnsi="Aptos"/>
        </w:rPr>
        <w:t>Plea</w:t>
      </w:r>
      <w:r w:rsidRPr="1D787A6D" w:rsidR="004177BB">
        <w:rPr>
          <w:rFonts w:ascii="Aptos" w:hAnsi="Aptos"/>
        </w:rPr>
        <w:t>se</w:t>
      </w:r>
      <w:r w:rsidRPr="1D787A6D" w:rsidR="006D245C">
        <w:rPr>
          <w:rFonts w:ascii="Aptos" w:hAnsi="Aptos"/>
        </w:rPr>
        <w:t xml:space="preserve"> send these to us by 2</w:t>
      </w:r>
      <w:r w:rsidRPr="1D787A6D" w:rsidR="66F3A1CC">
        <w:rPr>
          <w:rFonts w:ascii="Aptos" w:hAnsi="Aptos"/>
        </w:rPr>
        <w:t>0</w:t>
      </w:r>
      <w:r w:rsidRPr="1D787A6D" w:rsidR="006D245C">
        <w:rPr>
          <w:rFonts w:ascii="Aptos" w:hAnsi="Aptos"/>
        </w:rPr>
        <w:t xml:space="preserve"> July 202</w:t>
      </w:r>
      <w:r w:rsidRPr="1D787A6D" w:rsidR="35238DBD">
        <w:rPr>
          <w:rFonts w:ascii="Aptos" w:hAnsi="Aptos"/>
        </w:rPr>
        <w:t>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7B057C79" w14:textId="77777777">
        <w:tc>
          <w:tcPr>
            <w:tcW w:w="8856" w:type="dxa"/>
          </w:tcPr>
          <w:p w:rsidR="006D245C" w:rsidRDefault="004D5DCF" w14:paraId="5AF7EF41" w14:textId="77777777">
            <w:pPr>
              <w:rPr>
                <w:rFonts w:ascii="Aptos" w:hAnsi="Aptos"/>
              </w:rPr>
            </w:pPr>
            <w:r w:rsidRPr="004D5DCF">
              <w:rPr>
                <w:rFonts w:ascii="Aptos" w:hAnsi="Aptos"/>
              </w:rPr>
              <w:t xml:space="preserve">Video presentation on Introduction to GIS   </w:t>
            </w:r>
          </w:p>
          <w:p w:rsidR="004D5DCF" w:rsidRDefault="004D5DCF" w14:paraId="59DFD544" w14:textId="4E6EEFFE">
            <w:pPr>
              <w:rPr>
                <w:rFonts w:ascii="Aptos" w:hAnsi="Aptos"/>
              </w:rPr>
            </w:pPr>
          </w:p>
        </w:tc>
      </w:tr>
    </w:tbl>
    <w:p w:rsidRPr="007D059B" w:rsidR="006D245C" w:rsidRDefault="006D245C" w14:paraId="16D1EE3F" w14:textId="77777777">
      <w:pPr>
        <w:rPr>
          <w:rFonts w:ascii="Aptos" w:hAnsi="Aptos"/>
        </w:rPr>
      </w:pPr>
    </w:p>
    <w:p w:rsidRPr="007D059B" w:rsidR="009F77CC" w:rsidP="004177BB" w:rsidRDefault="001F51C3" w14:paraId="2238BA5C" w14:textId="2D295E30">
      <w:pPr>
        <w:pStyle w:val="Heading2"/>
      </w:pPr>
      <w:r>
        <w:t>6.2</w:t>
      </w:r>
      <w:r w:rsidRPr="007D059B">
        <w:t>. Software or Special Requirements:</w:t>
      </w:r>
    </w:p>
    <w:p w:rsidR="009F77CC" w:rsidRDefault="006D245C" w14:paraId="75521962" w14:textId="1212085D">
      <w:pPr>
        <w:rPr>
          <w:rFonts w:ascii="Aptos" w:hAnsi="Aptos"/>
        </w:rPr>
      </w:pPr>
      <w:r>
        <w:rPr>
          <w:rFonts w:ascii="Aptos" w:hAnsi="Aptos"/>
        </w:rPr>
        <w:t xml:space="preserve">Please list any software that participates will require </w:t>
      </w:r>
      <w:r w:rsidRPr="007D059B">
        <w:rPr>
          <w:rFonts w:ascii="Aptos" w:hAnsi="Aptos"/>
        </w:rPr>
        <w:t xml:space="preserve">e.g., STATA, </w:t>
      </w:r>
      <w:proofErr w:type="spellStart"/>
      <w:r w:rsidRPr="007D059B">
        <w:rPr>
          <w:rFonts w:ascii="Aptos" w:hAnsi="Aptos"/>
        </w:rPr>
        <w:t>Atlas.ti</w:t>
      </w:r>
      <w:proofErr w:type="spellEnd"/>
      <w:r w:rsidRPr="007D059B">
        <w:rPr>
          <w:rFonts w:ascii="Aptos" w:hAnsi="Aptos"/>
        </w:rPr>
        <w:t>, Mendeley – and whether a free version is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245C" w14:paraId="2473C6EF" w14:textId="77777777">
        <w:tc>
          <w:tcPr>
            <w:tcW w:w="8856" w:type="dxa"/>
          </w:tcPr>
          <w:p w:rsidR="006D245C" w:rsidP="004D5DCF" w:rsidRDefault="004D5DCF" w14:paraId="1692AD8A" w14:textId="56658C4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QGIS free version. </w:t>
            </w:r>
            <w:r w:rsidRPr="004D5DCF">
              <w:rPr>
                <w:rFonts w:ascii="Aptos" w:hAnsi="Aptos"/>
              </w:rPr>
              <w:t>Installation of QGIS beforehand, download and installation link document shared beforehand</w:t>
            </w:r>
            <w:r w:rsidR="00D8136C">
              <w:rPr>
                <w:rFonts w:ascii="Aptos" w:hAnsi="Aptos"/>
              </w:rPr>
              <w:t xml:space="preserve"> (NB: Requires stable internet).</w:t>
            </w:r>
          </w:p>
          <w:p w:rsidR="004D5DCF" w:rsidP="004D5DCF" w:rsidRDefault="004D5DCF" w14:paraId="65B9D02A" w14:textId="4AC9A54C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Data should be downloaded beforehand, data shared beforehand.</w:t>
            </w:r>
          </w:p>
        </w:tc>
      </w:tr>
    </w:tbl>
    <w:p w:rsidRPr="007D059B" w:rsidR="006D245C" w:rsidRDefault="006D245C" w14:paraId="57FD8CA5" w14:textId="77777777">
      <w:pPr>
        <w:rPr>
          <w:rFonts w:ascii="Aptos" w:hAnsi="Aptos"/>
        </w:rPr>
      </w:pPr>
    </w:p>
    <w:sectPr w:rsidRPr="007D059B" w:rsidR="006D245C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D7A4051"/>
    <w:multiLevelType w:val="hybridMultilevel"/>
    <w:tmpl w:val="26B41F3A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BE73A8"/>
    <w:multiLevelType w:val="hybridMultilevel"/>
    <w:tmpl w:val="9AC042C0"/>
    <w:lvl w:ilvl="0" w:tplc="1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78533820">
    <w:abstractNumId w:val="8"/>
  </w:num>
  <w:num w:numId="2" w16cid:durableId="1110663891">
    <w:abstractNumId w:val="6"/>
  </w:num>
  <w:num w:numId="3" w16cid:durableId="402141310">
    <w:abstractNumId w:val="5"/>
  </w:num>
  <w:num w:numId="4" w16cid:durableId="1652907775">
    <w:abstractNumId w:val="4"/>
  </w:num>
  <w:num w:numId="5" w16cid:durableId="1371758276">
    <w:abstractNumId w:val="7"/>
  </w:num>
  <w:num w:numId="6" w16cid:durableId="2029915433">
    <w:abstractNumId w:val="3"/>
  </w:num>
  <w:num w:numId="7" w16cid:durableId="1642808927">
    <w:abstractNumId w:val="2"/>
  </w:num>
  <w:num w:numId="8" w16cid:durableId="741365329">
    <w:abstractNumId w:val="1"/>
  </w:num>
  <w:num w:numId="9" w16cid:durableId="658733346">
    <w:abstractNumId w:val="0"/>
  </w:num>
  <w:num w:numId="10" w16cid:durableId="190195130">
    <w:abstractNumId w:val="9"/>
  </w:num>
  <w:num w:numId="11" w16cid:durableId="1020205857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07393"/>
    <w:rsid w:val="00034616"/>
    <w:rsid w:val="0006063C"/>
    <w:rsid w:val="000D21E5"/>
    <w:rsid w:val="0015074B"/>
    <w:rsid w:val="00176EFE"/>
    <w:rsid w:val="001E3312"/>
    <w:rsid w:val="001F51C3"/>
    <w:rsid w:val="0029639D"/>
    <w:rsid w:val="00326F90"/>
    <w:rsid w:val="004177BB"/>
    <w:rsid w:val="0044391B"/>
    <w:rsid w:val="004D5DCF"/>
    <w:rsid w:val="006762B5"/>
    <w:rsid w:val="006D124A"/>
    <w:rsid w:val="006D245C"/>
    <w:rsid w:val="007120D2"/>
    <w:rsid w:val="007D059B"/>
    <w:rsid w:val="008E46B7"/>
    <w:rsid w:val="00936873"/>
    <w:rsid w:val="00957C91"/>
    <w:rsid w:val="0099551C"/>
    <w:rsid w:val="009F77CC"/>
    <w:rsid w:val="00AA1D8D"/>
    <w:rsid w:val="00AA738C"/>
    <w:rsid w:val="00B11142"/>
    <w:rsid w:val="00B47730"/>
    <w:rsid w:val="00CB0664"/>
    <w:rsid w:val="00CF31C5"/>
    <w:rsid w:val="00D8136C"/>
    <w:rsid w:val="00D93D09"/>
    <w:rsid w:val="00DA26EB"/>
    <w:rsid w:val="00DF4D47"/>
    <w:rsid w:val="00F81363"/>
    <w:rsid w:val="00FC693F"/>
    <w:rsid w:val="09B65CCC"/>
    <w:rsid w:val="17F4C49B"/>
    <w:rsid w:val="1D787A6D"/>
    <w:rsid w:val="1F827962"/>
    <w:rsid w:val="1FF7ECEA"/>
    <w:rsid w:val="21B9A827"/>
    <w:rsid w:val="2B2D177F"/>
    <w:rsid w:val="2E1403B1"/>
    <w:rsid w:val="2EB69FC5"/>
    <w:rsid w:val="2F9122ED"/>
    <w:rsid w:val="35238DBD"/>
    <w:rsid w:val="3F0A687D"/>
    <w:rsid w:val="3F4DA5AC"/>
    <w:rsid w:val="5160EEC5"/>
    <w:rsid w:val="582B2F66"/>
    <w:rsid w:val="5D066947"/>
    <w:rsid w:val="66F3A1CC"/>
    <w:rsid w:val="6D84805C"/>
    <w:rsid w:val="6FD27D7D"/>
    <w:rsid w:val="7E7DF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6F4DA"/>
  <w14:defaultImageDpi w14:val="330"/>
  <w15:docId w15:val="{0AADD65F-FC42-492F-8C67-BEFA710F46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DF4D47"/>
    <w:pPr>
      <w:keepNext/>
      <w:keepLines/>
      <w:spacing w:before="120" w:after="0"/>
      <w:outlineLvl w:val="0"/>
    </w:pPr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7BB"/>
    <w:pPr>
      <w:keepNext/>
      <w:keepLines/>
      <w:spacing w:before="200" w:after="0"/>
      <w:outlineLvl w:val="1"/>
    </w:pPr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DF4D47"/>
    <w:rPr>
      <w:rFonts w:ascii="Aptos" w:hAnsi="Aptos" w:eastAsiaTheme="majorEastAsia" w:cstheme="majorBidi"/>
      <w:b/>
      <w:bCs/>
      <w:color w:val="365F91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4177BB"/>
    <w:rPr>
      <w:rFonts w:ascii="Aptos" w:hAnsi="Aptos" w:eastAsiaTheme="majorEastAsia" w:cstheme="majorBidi"/>
      <w:b/>
      <w:bCs/>
      <w:color w:val="4F81BD" w:themeColor="accent1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Il-haam I. Petersen</lastModifiedBy>
  <revision>6</revision>
  <dcterms:created xsi:type="dcterms:W3CDTF">2026-07-08T21:11:00.0000000Z</dcterms:created>
  <dcterms:modified xsi:type="dcterms:W3CDTF">2026-07-18T09:54:28.6171304Z</dcterms:modified>
  <category/>
</coreProperties>
</file>