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05C14C54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0642D886" w:rsidR="124548E8">
        <w:rPr>
          <w:rFonts w:ascii="Aptos" w:hAnsi="Aptos"/>
          <w:b w:val="1"/>
          <w:bCs w:val="1"/>
          <w:sz w:val="28"/>
          <w:szCs w:val="28"/>
        </w:rPr>
        <w:t>7</w:t>
      </w:r>
      <w:r w:rsidRPr="0642D886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0642D886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096BFC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096BFC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>
        <w:tc>
          <w:tcPr>
            <w:tcW w:w="8856" w:type="dxa"/>
          </w:tcPr>
          <w:p w:rsidR="007D059B" w:rsidP="007D059B" w:rsidRDefault="00D97B11" w14:paraId="4F1E6AB8" w14:textId="62B11853">
            <w:bookmarkStart w:name="_Hlk202878364" w:id="0"/>
            <w:r>
              <w:t>Professor Sharlene Swartz</w:t>
            </w:r>
          </w:p>
        </w:tc>
      </w:tr>
    </w:tbl>
    <w:bookmarkEnd w:id="0"/>
    <w:p w:rsidR="009F77CC" w:rsidP="00DF4D47" w:rsidRDefault="00096BFC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642D886" w14:paraId="25D1F8CF" w14:textId="77777777">
        <w:tc>
          <w:tcPr>
            <w:tcW w:w="8856" w:type="dxa"/>
            <w:tcMar/>
          </w:tcPr>
          <w:p w:rsidR="006D245C" w:rsidP="00A454B0" w:rsidRDefault="00D97B11" w14:paraId="53EF7E6D" w14:textId="63805FC7">
            <w:r w:rsidR="00D97B11">
              <w:rPr/>
              <w:t xml:space="preserve">Leadership in </w:t>
            </w:r>
            <w:r w:rsidR="60CFC752">
              <w:rPr/>
              <w:t>Re</w:t>
            </w:r>
            <w:r w:rsidR="00D97B11">
              <w:rPr/>
              <w:t>search</w:t>
            </w:r>
          </w:p>
        </w:tc>
      </w:tr>
    </w:tbl>
    <w:p w:rsidRPr="007D059B" w:rsidR="009F77CC" w:rsidP="00DF4D47" w:rsidRDefault="00096BFC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642D886" w14:paraId="4FC0D03D" w14:textId="77777777">
        <w:tc>
          <w:tcPr>
            <w:tcW w:w="8856" w:type="dxa"/>
            <w:tcMar/>
          </w:tcPr>
          <w:p w:rsidR="006D245C" w:rsidP="00A454B0" w:rsidRDefault="00D97B11" w14:paraId="0D960815" w14:textId="4AD30386">
            <w:bookmarkStart w:name="_Hlk202878399" w:id="1"/>
            <w:r w:rsidR="3F8C8FA5">
              <w:rPr/>
              <w:t>31</w:t>
            </w:r>
            <w:r w:rsidR="00D97B11">
              <w:rPr/>
              <w:t xml:space="preserve"> </w:t>
            </w:r>
            <w:r w:rsidR="6F3681C4">
              <w:rPr/>
              <w:t>July</w:t>
            </w:r>
            <w:r w:rsidR="00D97B11">
              <w:rPr/>
              <w:t xml:space="preserve"> 202</w:t>
            </w:r>
            <w:r w:rsidR="700A2113">
              <w:rPr/>
              <w:t>6. 09:00 – 10:30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096BFC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D9BF9F3" w14:paraId="1C0BDB4F" w14:textId="77777777">
        <w:tc>
          <w:tcPr>
            <w:tcW w:w="8856" w:type="dxa"/>
            <w:tcMar/>
          </w:tcPr>
          <w:p w:rsidRPr="00AC0796" w:rsidR="00AC0796" w:rsidP="00AC0796" w:rsidRDefault="00AC0796" w14:paraId="2A86FE1A" w14:textId="52B53452">
            <w:pPr>
              <w:pStyle w:val="ListParagraph"/>
              <w:numPr>
                <w:ilvl w:val="0"/>
                <w:numId w:val="10"/>
              </w:numPr>
              <w:rPr/>
            </w:pPr>
            <w:r w:rsidR="6D9BF9F3">
              <w:rPr/>
              <w:t>Be able to reflect on what is needed for you to take your place as a research leader in the academy and in life,</w:t>
            </w:r>
            <w:r w:rsidR="6D9BF9F3">
              <w:rPr/>
              <w:t xml:space="preserve"> and what prevents you from doing so</w:t>
            </w:r>
          </w:p>
          <w:p w:rsidRPr="00AC0796" w:rsidR="00AC0796" w:rsidP="00AC0796" w:rsidRDefault="00AC0796" w14:paraId="17CF019E" w14:textId="5E7DA638">
            <w:pPr>
              <w:pStyle w:val="ListParagraph"/>
              <w:numPr>
                <w:ilvl w:val="0"/>
                <w:numId w:val="10"/>
              </w:numPr>
              <w:rPr/>
            </w:pPr>
            <w:r w:rsidR="6D9BF9F3">
              <w:rPr/>
              <w:t xml:space="preserve">Be aware of the multiple leadership tools and strategies that can help you grow your leadership contribution (Swartz, </w:t>
            </w:r>
            <w:r w:rsidR="6D9BF9F3">
              <w:rPr/>
              <w:t>Wanasika</w:t>
            </w:r>
            <w:r w:rsidR="6D9BF9F3">
              <w:rPr/>
              <w:t>, Collins, Bartlett amongst many others)</w:t>
            </w:r>
          </w:p>
          <w:p w:rsidR="006D245C" w:rsidP="00AC0796" w:rsidRDefault="00AC0796" w14:paraId="48706CD4" w14:textId="2143538D">
            <w:pPr>
              <w:pStyle w:val="ListParagraph"/>
              <w:numPr>
                <w:ilvl w:val="0"/>
                <w:numId w:val="10"/>
              </w:numPr>
            </w:pPr>
            <w:r w:rsidRPr="00AC0796">
              <w:t>Leave the room with a 3-point leadership impact plan</w:t>
            </w: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096BFC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8620444" w14:paraId="18C3DB97" w14:textId="77777777">
        <w:tc>
          <w:tcPr>
            <w:tcW w:w="8856" w:type="dxa"/>
            <w:tcMar/>
          </w:tcPr>
          <w:p w:rsidR="6D9BF9F3" w:rsidRDefault="6D9BF9F3" w14:paraId="47DC6C5D" w14:textId="4808A6A1">
            <w:r w:rsidRPr="6D9BF9F3" w:rsidR="6D9BF9F3">
              <w:rPr>
                <w:rFonts w:ascii="Aptos" w:hAnsi="Aptos"/>
              </w:rPr>
              <w:t>My story and what AI has to say about my leadership in life and research 15 minutes</w:t>
            </w:r>
            <w:r w:rsidRPr="6D9BF9F3" w:rsidR="6D9BF9F3">
              <w:rPr>
                <w:rFonts w:ascii="Aptos" w:hAnsi="Aptos"/>
              </w:rPr>
              <w:t xml:space="preserve"> </w:t>
            </w:r>
          </w:p>
          <w:p w:rsidR="6D9BF9F3" w:rsidRDefault="6D9BF9F3" w14:paraId="1EA24937" w14:textId="72794B00">
            <w:r w:rsidRPr="6D9BF9F3" w:rsidR="6D9BF9F3">
              <w:rPr>
                <w:rFonts w:ascii="Aptos" w:hAnsi="Aptos"/>
              </w:rPr>
              <w:t>Reflections on leadership</w:t>
            </w:r>
            <w:r w:rsidRPr="6D9BF9F3" w:rsidR="6D9BF9F3">
              <w:rPr>
                <w:rFonts w:ascii="Aptos" w:hAnsi="Aptos"/>
              </w:rPr>
              <w:t xml:space="preserve"> 20 mins</w:t>
            </w:r>
          </w:p>
          <w:p w:rsidR="00AC0796" w:rsidRDefault="00AC0796" w14:paraId="55F3C4ED" w14:textId="2A7BAC95">
            <w:pPr>
              <w:rPr>
                <w:rFonts w:ascii="Aptos" w:hAnsi="Aptos"/>
              </w:rPr>
            </w:pPr>
            <w:r w:rsidRPr="6D9BF9F3" w:rsidR="6D9BF9F3">
              <w:rPr>
                <w:rFonts w:ascii="Aptos" w:hAnsi="Aptos"/>
              </w:rPr>
              <w:t>What keeps us from stepping up into leadership? 10 minutes</w:t>
            </w:r>
          </w:p>
          <w:p w:rsidR="003333A9" w:rsidP="6D9BF9F3" w:rsidRDefault="003333A9" w14:paraId="2CF57DFE" w14:textId="0AAE9B7B">
            <w:pPr>
              <w:pStyle w:val="Normal"/>
              <w:rPr>
                <w:rFonts w:ascii="Aptos" w:hAnsi="Aptos"/>
              </w:rPr>
            </w:pPr>
            <w:r w:rsidRPr="6D9BF9F3" w:rsidR="6D9BF9F3">
              <w:rPr>
                <w:rFonts w:ascii="Aptos" w:hAnsi="Aptos"/>
              </w:rPr>
              <w:t>Breakaway discussion</w:t>
            </w:r>
            <w:r w:rsidRPr="6D9BF9F3" w:rsidR="6D9BF9F3">
              <w:rPr>
                <w:rFonts w:ascii="Aptos" w:hAnsi="Aptos"/>
              </w:rPr>
              <w:t xml:space="preserve"> – groups of </w:t>
            </w:r>
            <w:r w:rsidRPr="6D9BF9F3" w:rsidR="6D9BF9F3">
              <w:rPr>
                <w:rFonts w:ascii="Aptos" w:hAnsi="Aptos"/>
              </w:rPr>
              <w:t xml:space="preserve">4 </w:t>
            </w:r>
            <w:r w:rsidRPr="6D9BF9F3" w:rsidR="6D9BF9F3">
              <w:rPr>
                <w:rFonts w:ascii="Aptos" w:hAnsi="Aptos"/>
              </w:rPr>
              <w:t>20 minutes</w:t>
            </w:r>
          </w:p>
          <w:p w:rsidR="003333A9" w:rsidP="6D9BF9F3" w:rsidRDefault="003333A9" w14:paraId="176CAAAC" w14:textId="0AAC9708">
            <w:pPr>
              <w:pStyle w:val="Normal"/>
            </w:pPr>
            <w:r w:rsidRPr="6D9BF9F3" w:rsidR="6D9BF9F3">
              <w:rPr>
                <w:rFonts w:ascii="Aptos" w:hAnsi="Aptos"/>
              </w:rPr>
              <w:t xml:space="preserve">How do we overcome these barriers? </w:t>
            </w:r>
          </w:p>
          <w:p w:rsidR="003333A9" w:rsidRDefault="003333A9" w14:paraId="14BA06CD" w14:textId="5DA651D8">
            <w:pPr>
              <w:rPr>
                <w:rFonts w:ascii="Aptos" w:hAnsi="Aptos"/>
              </w:rPr>
            </w:pPr>
            <w:r w:rsidRPr="28620444" w:rsidR="28620444">
              <w:rPr>
                <w:rFonts w:ascii="Aptos" w:hAnsi="Aptos"/>
              </w:rPr>
              <w:t xml:space="preserve">What three steps can I take to improve my leadership contribution? </w:t>
            </w:r>
          </w:p>
          <w:p w:rsidR="007070EA" w:rsidRDefault="007070EA" w14:paraId="3B787F99" w14:textId="6C608319">
            <w:pPr>
              <w:rPr>
                <w:rFonts w:ascii="Aptos" w:hAnsi="Aptos"/>
              </w:rPr>
            </w:pPr>
            <w:r w:rsidRPr="6D9BF9F3" w:rsidR="6D9BF9F3">
              <w:rPr>
                <w:rFonts w:ascii="Aptos" w:hAnsi="Aptos"/>
              </w:rPr>
              <w:t>Q and A at the end 15 min</w:t>
            </w: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71012FC7">
      <w:pPr>
        <w:spacing w:after="0"/>
        <w:rPr>
          <w:rFonts w:ascii="Aptos" w:hAnsi="Aptos"/>
        </w:rPr>
      </w:pPr>
      <w:sdt>
        <w:sdtPr>
          <w:id w:val="-99325518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6D9BF9F3" w:rsidR="6D9BF9F3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Aptos" w:hAnsi="Aptos"/>
          </w:rPr>
        </w:sdtEndPr>
      </w:sdt>
      <w:r w:rsidRPr="6D9BF9F3" w:rsidR="6D9BF9F3">
        <w:rPr>
          <w:rFonts w:ascii="Aptos" w:hAnsi="Aptos"/>
        </w:rPr>
        <w:t xml:space="preserve"> Poll or quiz</w:t>
      </w:r>
      <w:r w:rsidRPr="6D9BF9F3" w:rsidR="6D9BF9F3">
        <w:rPr>
          <w:rFonts w:ascii="Aptos" w:hAnsi="Aptos"/>
        </w:rPr>
        <w:t xml:space="preserve"> (</w:t>
      </w:r>
      <w:r w:rsidRPr="6D9BF9F3" w:rsidR="6D9BF9F3">
        <w:rPr>
          <w:rFonts w:ascii="Aptos" w:hAnsi="Aptos"/>
        </w:rPr>
        <w:t>menti</w:t>
      </w:r>
      <w:r w:rsidRPr="6D9BF9F3" w:rsidR="6D9BF9F3">
        <w:rPr>
          <w:rFonts w:ascii="Aptos" w:hAnsi="Aptos"/>
        </w:rPr>
        <w:t xml:space="preserve">, Kahoot, </w:t>
      </w:r>
      <w:r w:rsidRPr="6D9BF9F3" w:rsidR="6D9BF9F3">
        <w:rPr>
          <w:rFonts w:ascii="Aptos" w:hAnsi="Aptos"/>
        </w:rPr>
        <w:t>slido</w:t>
      </w:r>
      <w:r w:rsidRPr="6D9BF9F3" w:rsidR="6D9BF9F3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2B9E79E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070EA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12FACBA8">
      <w:pPr>
        <w:spacing w:after="0"/>
        <w:rPr>
          <w:rFonts w:ascii="Aptos" w:hAnsi="Aptos"/>
        </w:rPr>
      </w:pPr>
      <w:sdt>
        <w:sdtPr>
          <w:id w:val="-209954477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6D9BF9F3" w:rsidR="6D9BF9F3">
            <w:rPr>
              <w:rFonts w:ascii="MS Gothic" w:hAnsi="MS Gothic" w:eastAsia="MS Gothic" w:cs="MS Gothic"/>
            </w:rPr>
            <w:t>☒</w:t>
          </w:r>
        </w:sdtContent>
        <w:sdtEndPr>
          <w:rPr>
            <w:rFonts w:ascii="Aptos" w:hAnsi="Aptos"/>
          </w:rPr>
        </w:sdtEndPr>
      </w:sdt>
      <w:r w:rsidRPr="6D9BF9F3" w:rsidR="6D9BF9F3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5B79E861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Other: __</w:t>
      </w:r>
      <w:r w:rsidR="00FF2CB2">
        <w:rPr>
          <w:rFonts w:ascii="Aptos" w:hAnsi="Aptos"/>
        </w:rPr>
        <w:t>Q and A</w:t>
      </w:r>
      <w:r w:rsidRPr="007D059B" w:rsidR="006D245C">
        <w:rPr>
          <w:rFonts w:ascii="Aptos" w:hAnsi="Aptos"/>
        </w:rPr>
        <w:t>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096BFC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A347B64" w14:paraId="78A05D8B" w14:textId="77777777">
        <w:tc>
          <w:tcPr>
            <w:tcW w:w="8856" w:type="dxa"/>
            <w:tcMar/>
          </w:tcPr>
          <w:p w:rsidR="006D245C" w:rsidP="6A347B64" w:rsidRDefault="00FF2CB2" w14:paraId="18DD30A8" w14:textId="53691C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A347B64" w:rsidR="6A347B64">
              <w:rPr>
                <w:rFonts w:ascii="Aptos" w:hAnsi="Aptos"/>
              </w:rPr>
              <w:t>Engagement in chat with comments and questions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096BFC" w14:paraId="308E212B" w14:textId="6A4F8A4F">
      <w:pPr>
        <w:pStyle w:val="Heading1"/>
      </w:pPr>
      <w:r w:rsidR="6A347B64">
        <w:rPr/>
        <w:t xml:space="preserve"> </w:t>
      </w:r>
      <w:r w:rsidR="6A347B64">
        <w:rPr/>
        <w:t xml:space="preserve">6. </w:t>
      </w:r>
      <w:r w:rsidR="6A347B64">
        <w:rPr/>
        <w:t xml:space="preserve">Incorporation of AI </w:t>
      </w:r>
    </w:p>
    <w:p w:rsidR="59924E2C" w:rsidP="6D9BF9F3" w:rsidRDefault="59924E2C" w14:paraId="18C42360" w14:textId="29A702EA">
      <w:pPr>
        <w:pStyle w:val="Normal"/>
        <w:suppressLineNumbers w:val="0"/>
        <w:spacing w:before="0" w:beforeAutospacing="off" w:after="160" w:afterAutospacing="off" w:line="276" w:lineRule="auto"/>
        <w:ind w:left="0" w:right="0"/>
        <w:jc w:val="left"/>
      </w:pPr>
      <w:r w:rsidRPr="6D9BF9F3" w:rsidR="6D9BF9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 will begin with a Chat GPT generated </w:t>
      </w:r>
      <w:r w:rsidRPr="6D9BF9F3" w:rsidR="6D9BF9F3">
        <w:rPr>
          <w:rFonts w:ascii="Aptos" w:hAnsi="Aptos" w:eastAsia="Aptos" w:cs="Aptos"/>
          <w:noProof w:val="0"/>
          <w:sz w:val="24"/>
          <w:szCs w:val="24"/>
          <w:lang w:val="en-US"/>
        </w:rPr>
        <w:t>caricature</w:t>
      </w:r>
      <w:r w:rsidRPr="6D9BF9F3" w:rsidR="6D9BF9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my leadership styles and </w:t>
      </w:r>
      <w:r w:rsidRPr="6D9BF9F3" w:rsidR="6D9BF9F3">
        <w:rPr>
          <w:rFonts w:ascii="Aptos" w:hAnsi="Aptos" w:eastAsia="Aptos" w:cs="Aptos"/>
          <w:noProof w:val="0"/>
          <w:sz w:val="24"/>
          <w:szCs w:val="24"/>
          <w:lang w:val="en-US"/>
        </w:rPr>
        <w:t>skills as</w:t>
      </w:r>
      <w:r w:rsidRPr="6D9BF9F3" w:rsidR="6D9BF9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live demonstration and invite participants to do the same</w:t>
      </w:r>
    </w:p>
    <w:p w:rsidRPr="007D059B" w:rsidR="009F77CC" w:rsidP="00DF4D47" w:rsidRDefault="00096BFC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096BFC" w14:paraId="186D45BE" w14:textId="1BE8D5AB">
      <w:pPr>
        <w:rPr>
          <w:rFonts w:ascii="Aptos" w:hAnsi="Aptos"/>
        </w:rPr>
      </w:pPr>
      <w:r w:rsidRPr="0642D886" w:rsidR="00096BFC">
        <w:rPr>
          <w:rFonts w:ascii="Aptos" w:hAnsi="Aptos"/>
        </w:rPr>
        <w:t xml:space="preserve">Please list any articles, slides, videos, or tools participants should review before the session. </w:t>
      </w:r>
      <w:r w:rsidRPr="0642D886" w:rsidR="006D245C">
        <w:rPr>
          <w:rFonts w:ascii="Aptos" w:hAnsi="Aptos"/>
        </w:rPr>
        <w:t>Plea</w:t>
      </w:r>
      <w:r w:rsidRPr="0642D886" w:rsidR="004177BB">
        <w:rPr>
          <w:rFonts w:ascii="Aptos" w:hAnsi="Aptos"/>
        </w:rPr>
        <w:t>se</w:t>
      </w:r>
      <w:r w:rsidRPr="0642D886" w:rsidR="006D245C">
        <w:rPr>
          <w:rFonts w:ascii="Aptos" w:hAnsi="Aptos"/>
        </w:rPr>
        <w:t xml:space="preserve"> send these to us by 2</w:t>
      </w:r>
      <w:r w:rsidRPr="0642D886" w:rsidR="4E25FF0F">
        <w:rPr>
          <w:rFonts w:ascii="Aptos" w:hAnsi="Aptos"/>
        </w:rPr>
        <w:t>0</w:t>
      </w:r>
      <w:r w:rsidRPr="0642D886" w:rsidR="006D245C">
        <w:rPr>
          <w:rFonts w:ascii="Aptos" w:hAnsi="Aptos"/>
        </w:rPr>
        <w:t xml:space="preserve"> July 202</w:t>
      </w:r>
      <w:r w:rsidRPr="0642D886" w:rsidR="5B79946C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:rsidR="006D245C" w:rsidRDefault="00810B7D" w14:paraId="617E1648" w14:textId="0050FE92">
            <w:pPr>
              <w:rPr>
                <w:rFonts w:ascii="Aptos" w:hAnsi="Aptos"/>
              </w:rPr>
            </w:pPr>
            <w:hyperlink w:history="1" r:id="rId6">
              <w:r w:rsidRPr="00936C74">
                <w:rPr>
                  <w:rStyle w:val="Hyperlink"/>
                  <w:rFonts w:ascii="Aptos" w:hAnsi="Aptos"/>
                </w:rPr>
                <w:t>https://www.youtube.com/watch?v=Gft2jYM1JlA</w:t>
              </w:r>
            </w:hyperlink>
            <w:r>
              <w:rPr>
                <w:rFonts w:ascii="Aptos" w:hAnsi="Aptos"/>
              </w:rPr>
              <w:t xml:space="preserve"> – Extract from interview with Steven Bartlett</w:t>
            </w:r>
          </w:p>
          <w:p w:rsidR="00810B7D" w:rsidRDefault="00810B7D" w14:paraId="23A68412" w14:textId="77777777">
            <w:pPr>
              <w:rPr>
                <w:rFonts w:ascii="Aptos" w:hAnsi="Aptos"/>
              </w:rPr>
            </w:pPr>
          </w:p>
          <w:p w:rsidR="00810B7D" w:rsidRDefault="00810B7D" w14:paraId="25CF5107" w14:textId="1959452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PPT attached</w:t>
            </w:r>
          </w:p>
          <w:p w:rsidR="00810B7D" w:rsidRDefault="00810B7D" w14:paraId="657BD5BD" w14:textId="77777777">
            <w:pPr>
              <w:rPr>
                <w:rFonts w:ascii="Aptos" w:hAnsi="Aptos"/>
              </w:rPr>
            </w:pPr>
          </w:p>
          <w:p w:rsidR="00810B7D" w:rsidRDefault="00810B7D" w14:paraId="1B829464" w14:textId="12ADBE1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3 readings - Swartz, </w:t>
            </w:r>
            <w:proofErr w:type="spellStart"/>
            <w:r>
              <w:rPr>
                <w:rFonts w:ascii="Aptos" w:hAnsi="Aptos"/>
              </w:rPr>
              <w:t>Wanasika</w:t>
            </w:r>
            <w:proofErr w:type="spellEnd"/>
            <w:r>
              <w:rPr>
                <w:rFonts w:ascii="Aptos" w:hAnsi="Aptos"/>
              </w:rPr>
              <w:t xml:space="preserve"> and Collins</w:t>
            </w:r>
          </w:p>
          <w:p w:rsidR="00810B7D" w:rsidRDefault="00810B7D" w14:paraId="59DFD544" w14:textId="12950EF4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RDefault="00096BFC" w14:paraId="65B9D02A" w14:textId="0C07C99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n/a</w:t>
            </w: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93"/>
    <w:rsid w:val="00034616"/>
    <w:rsid w:val="0006063C"/>
    <w:rsid w:val="00096BFC"/>
    <w:rsid w:val="000D21E5"/>
    <w:rsid w:val="0015074B"/>
    <w:rsid w:val="001F51C3"/>
    <w:rsid w:val="0029639D"/>
    <w:rsid w:val="00326F90"/>
    <w:rsid w:val="003333A9"/>
    <w:rsid w:val="004177BB"/>
    <w:rsid w:val="006D124A"/>
    <w:rsid w:val="006D245C"/>
    <w:rsid w:val="007070EA"/>
    <w:rsid w:val="007120D2"/>
    <w:rsid w:val="007D059B"/>
    <w:rsid w:val="00810B7D"/>
    <w:rsid w:val="008E46B7"/>
    <w:rsid w:val="00957C91"/>
    <w:rsid w:val="0099551C"/>
    <w:rsid w:val="009C6A8C"/>
    <w:rsid w:val="009F77CC"/>
    <w:rsid w:val="00AA1D8D"/>
    <w:rsid w:val="00AC0796"/>
    <w:rsid w:val="00B11142"/>
    <w:rsid w:val="00B47730"/>
    <w:rsid w:val="00CB0664"/>
    <w:rsid w:val="00CF31C5"/>
    <w:rsid w:val="00D26171"/>
    <w:rsid w:val="00D93D09"/>
    <w:rsid w:val="00D97B11"/>
    <w:rsid w:val="00DA26EB"/>
    <w:rsid w:val="00DF4D47"/>
    <w:rsid w:val="00EC65E7"/>
    <w:rsid w:val="00F81363"/>
    <w:rsid w:val="00FC693F"/>
    <w:rsid w:val="00FF2CB2"/>
    <w:rsid w:val="0642D886"/>
    <w:rsid w:val="124548E8"/>
    <w:rsid w:val="1FF0F4DF"/>
    <w:rsid w:val="28620444"/>
    <w:rsid w:val="3F8C8FA5"/>
    <w:rsid w:val="4E25FF0F"/>
    <w:rsid w:val="59924E2C"/>
    <w:rsid w:val="5B79946C"/>
    <w:rsid w:val="60CFC752"/>
    <w:rsid w:val="63C2BB32"/>
    <w:rsid w:val="6A347B64"/>
    <w:rsid w:val="6D9BF9F3"/>
    <w:rsid w:val="6F3681C4"/>
    <w:rsid w:val="700A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10B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s://www.youtube.com/watch?v=Gft2jYM1JlA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Guest User</lastModifiedBy>
  <revision>6</revision>
  <dcterms:created xsi:type="dcterms:W3CDTF">2026-07-08T21:04:00.0000000Z</dcterms:created>
  <dcterms:modified xsi:type="dcterms:W3CDTF">2026-07-21T15:46:24.5773440Z</dcterms:modified>
  <category/>
</coreProperties>
</file>