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6ACDBA0B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357901B0" w:rsidR="4BB1E641">
        <w:rPr>
          <w:rFonts w:ascii="Aptos" w:hAnsi="Aptos"/>
          <w:b w:val="1"/>
          <w:bCs w:val="1"/>
          <w:sz w:val="28"/>
          <w:szCs w:val="28"/>
        </w:rPr>
        <w:t>7</w:t>
      </w:r>
      <w:r w:rsidRPr="357901B0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357901B0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000000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000000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>
        <w:tc>
          <w:tcPr>
            <w:tcW w:w="8856" w:type="dxa"/>
          </w:tcPr>
          <w:p w:rsidR="007D059B" w:rsidP="007D059B" w:rsidRDefault="00786AE1" w14:paraId="4F1E6AB8" w14:textId="05CEFE00">
            <w:bookmarkStart w:name="_Hlk202878364" w:id="0"/>
            <w:r w:rsidRPr="00786AE1">
              <w:t>Dr. Yasser Buchana</w:t>
            </w:r>
          </w:p>
        </w:tc>
      </w:tr>
    </w:tbl>
    <w:bookmarkEnd w:id="0"/>
    <w:p w:rsidR="009F77CC" w:rsidP="00DF4D47" w:rsidRDefault="00000000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357901B0" w14:paraId="25D1F8CF" w14:textId="77777777">
        <w:tc>
          <w:tcPr>
            <w:tcW w:w="8856" w:type="dxa"/>
            <w:tcMar/>
          </w:tcPr>
          <w:p w:rsidR="006D245C" w:rsidP="00A454B0" w:rsidRDefault="00786AE1" w14:paraId="53EF7E6D" w14:textId="10B5FC13">
            <w:r w:rsidR="58449AF3">
              <w:rPr/>
              <w:t>Leveraging Secondary Data Sources for Social Research</w:t>
            </w:r>
          </w:p>
        </w:tc>
      </w:tr>
    </w:tbl>
    <w:p w:rsidRPr="007D059B" w:rsidR="009F77CC" w:rsidP="00DF4D47" w:rsidRDefault="00000000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357901B0" w14:paraId="4FC0D03D" w14:textId="77777777">
        <w:tc>
          <w:tcPr>
            <w:tcW w:w="8856" w:type="dxa"/>
            <w:tcMar/>
          </w:tcPr>
          <w:p w:rsidR="006D245C" w:rsidP="00A454B0" w:rsidRDefault="00786AE1" w14:paraId="0D960815" w14:textId="1DC72C55">
            <w:bookmarkStart w:name="_Hlk202878399" w:id="1"/>
            <w:r w:rsidR="00786AE1">
              <w:rPr/>
              <w:t>30 July 202</w:t>
            </w:r>
            <w:r w:rsidR="2019560E">
              <w:rPr/>
              <w:t>6.</w:t>
            </w:r>
            <w:r w:rsidR="00786AE1">
              <w:rPr/>
              <w:t xml:space="preserve"> 14:00–16:00 (Track B</w:t>
            </w:r>
            <w:r w:rsidR="319EE00C">
              <w:rPr/>
              <w:t xml:space="preserve"> - Advanced</w:t>
            </w:r>
            <w:r w:rsidR="00786AE1">
              <w:rPr/>
              <w:t>)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000000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0A454B0" w14:paraId="1C0BDB4F" w14:textId="77777777">
        <w:tc>
          <w:tcPr>
            <w:tcW w:w="8856" w:type="dxa"/>
          </w:tcPr>
          <w:p w:rsidR="00786AE1" w:rsidP="00786AE1" w:rsidRDefault="00786AE1" w14:paraId="28D11EBE" w14:textId="62F50AF0">
            <w:pPr>
              <w:pStyle w:val="ListParagraph"/>
              <w:numPr>
                <w:ilvl w:val="0"/>
                <w:numId w:val="10"/>
              </w:numPr>
            </w:pPr>
            <w:r>
              <w:t>Introduce participants to key concepts, benefits, and limitations of secondary data in social research.</w:t>
            </w:r>
          </w:p>
          <w:p w:rsidR="00786AE1" w:rsidP="00786AE1" w:rsidRDefault="00786AE1" w14:paraId="4CF27591" w14:textId="77777777">
            <w:pPr>
              <w:pStyle w:val="ListParagraph"/>
            </w:pPr>
          </w:p>
          <w:p w:rsidR="00786AE1" w:rsidP="00786AE1" w:rsidRDefault="00786AE1" w14:paraId="799514BE" w14:textId="77777777">
            <w:pPr>
              <w:pStyle w:val="ListParagraph"/>
              <w:numPr>
                <w:ilvl w:val="0"/>
                <w:numId w:val="10"/>
              </w:numPr>
            </w:pPr>
            <w:r>
              <w:t xml:space="preserve">Provide hands-on experience with the </w:t>
            </w:r>
            <w:proofErr w:type="spellStart"/>
            <w:r>
              <w:t>AgriBIS</w:t>
            </w:r>
            <w:proofErr w:type="spellEnd"/>
            <w:r>
              <w:t xml:space="preserve"> dataset to develop research questions.</w:t>
            </w:r>
          </w:p>
          <w:p w:rsidR="00786AE1" w:rsidP="00786AE1" w:rsidRDefault="00786AE1" w14:paraId="6749C64A" w14:textId="77777777">
            <w:pPr>
              <w:pStyle w:val="ListParagraph"/>
            </w:pPr>
          </w:p>
          <w:p w:rsidR="006D245C" w:rsidP="00786AE1" w:rsidRDefault="00786AE1" w14:paraId="4E5BBB24" w14:textId="77777777">
            <w:pPr>
              <w:pStyle w:val="ListParagraph"/>
              <w:numPr>
                <w:ilvl w:val="0"/>
                <w:numId w:val="10"/>
              </w:numPr>
            </w:pPr>
            <w:r>
              <w:t>Guide participants in drafting a basic analysis plan using secondary data.</w:t>
            </w:r>
          </w:p>
          <w:p w:rsidR="00786AE1" w:rsidP="00786AE1" w:rsidRDefault="00786AE1" w14:paraId="30273DF4" w14:textId="77777777">
            <w:pPr>
              <w:pStyle w:val="ListParagraph"/>
            </w:pPr>
          </w:p>
          <w:p w:rsidR="00786AE1" w:rsidP="00786AE1" w:rsidRDefault="00786AE1" w14:paraId="48706CD4" w14:textId="1448FC19">
            <w:pPr>
              <w:pStyle w:val="ListParagraph"/>
            </w:pP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000000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8C3DB97" w14:textId="77777777">
        <w:tc>
          <w:tcPr>
            <w:tcW w:w="8856" w:type="dxa"/>
          </w:tcPr>
          <w:p w:rsidRPr="00786AE1" w:rsidR="00786AE1" w:rsidP="00786AE1" w:rsidRDefault="00786AE1" w14:paraId="0289D7A2" w14:textId="287D768B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10 min: Icebreaker &amp; session framing (</w:t>
            </w:r>
            <w:proofErr w:type="spellStart"/>
            <w:r w:rsidRPr="00786AE1">
              <w:rPr>
                <w:rFonts w:ascii="Aptos" w:hAnsi="Aptos"/>
                <w:lang w:val="en-ZA"/>
              </w:rPr>
              <w:t>Mentimeter</w:t>
            </w:r>
            <w:proofErr w:type="spellEnd"/>
            <w:r w:rsidRPr="00786AE1">
              <w:rPr>
                <w:rFonts w:ascii="Aptos" w:hAnsi="Aptos"/>
                <w:lang w:val="en-ZA"/>
              </w:rPr>
              <w:t xml:space="preserve"> poll </w:t>
            </w:r>
            <w:r>
              <w:rPr>
                <w:rFonts w:ascii="Aptos" w:hAnsi="Aptos"/>
                <w:lang w:val="en-ZA"/>
              </w:rPr>
              <w:t xml:space="preserve">+ </w:t>
            </w:r>
            <w:r w:rsidRPr="00786AE1">
              <w:rPr>
                <w:rFonts w:ascii="Aptos" w:hAnsi="Aptos"/>
                <w:lang w:val="en-ZA"/>
              </w:rPr>
              <w:t>overview)</w:t>
            </w:r>
          </w:p>
          <w:p w:rsidRPr="00786AE1" w:rsidR="00786AE1" w:rsidP="00786AE1" w:rsidRDefault="00786AE1" w14:paraId="7D220224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1CB92A4D" w14:textId="419E38E0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 xml:space="preserve">15 min: Introductory </w:t>
            </w:r>
            <w:proofErr w:type="gramStart"/>
            <w:r w:rsidRPr="00786AE1">
              <w:rPr>
                <w:rFonts w:ascii="Aptos" w:hAnsi="Aptos"/>
                <w:lang w:val="en-ZA"/>
              </w:rPr>
              <w:t>mini-lecture</w:t>
            </w:r>
            <w:proofErr w:type="gramEnd"/>
            <w:r w:rsidRPr="00786AE1">
              <w:rPr>
                <w:rFonts w:ascii="Aptos" w:hAnsi="Aptos"/>
                <w:lang w:val="en-ZA"/>
              </w:rPr>
              <w:t xml:space="preserve"> on secondary data + </w:t>
            </w:r>
            <w:proofErr w:type="spellStart"/>
            <w:r w:rsidRPr="00786AE1">
              <w:rPr>
                <w:rFonts w:ascii="Aptos" w:hAnsi="Aptos"/>
                <w:lang w:val="en-ZA"/>
              </w:rPr>
              <w:t>AgriBIS</w:t>
            </w:r>
            <w:proofErr w:type="spellEnd"/>
            <w:r w:rsidRPr="00786AE1">
              <w:rPr>
                <w:rFonts w:ascii="Aptos" w:hAnsi="Aptos"/>
                <w:lang w:val="en-ZA"/>
              </w:rPr>
              <w:t xml:space="preserve"> </w:t>
            </w:r>
            <w:r>
              <w:rPr>
                <w:rFonts w:ascii="Aptos" w:hAnsi="Aptos"/>
                <w:lang w:val="en-ZA"/>
              </w:rPr>
              <w:t>dataset</w:t>
            </w:r>
          </w:p>
          <w:p w:rsidRPr="00786AE1" w:rsidR="00786AE1" w:rsidP="00786AE1" w:rsidRDefault="00786AE1" w14:paraId="069882E6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23E26A81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20 min: Dataset walkthrough and live demo</w:t>
            </w:r>
          </w:p>
          <w:p w:rsidRPr="00786AE1" w:rsidR="00786AE1" w:rsidP="00786AE1" w:rsidRDefault="00786AE1" w14:paraId="401C8C23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2238FA2D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 xml:space="preserve">20 min: Group activity – formulate a research question using </w:t>
            </w:r>
            <w:proofErr w:type="spellStart"/>
            <w:r w:rsidRPr="00786AE1">
              <w:rPr>
                <w:rFonts w:ascii="Aptos" w:hAnsi="Aptos"/>
                <w:lang w:val="en-ZA"/>
              </w:rPr>
              <w:t>AgriBIS</w:t>
            </w:r>
            <w:proofErr w:type="spellEnd"/>
          </w:p>
          <w:p w:rsidRPr="00786AE1" w:rsidR="00786AE1" w:rsidP="00786AE1" w:rsidRDefault="00786AE1" w14:paraId="7EE2538E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4BAC6C2A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20 min: Group activity – basic analysis planning</w:t>
            </w:r>
          </w:p>
          <w:p w:rsidRPr="00786AE1" w:rsidR="00786AE1" w:rsidP="00786AE1" w:rsidRDefault="00786AE1" w14:paraId="30BE7195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1518314E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15 min: Group presentations &amp; peer feedback</w:t>
            </w:r>
          </w:p>
          <w:p w:rsidRPr="00786AE1" w:rsidR="00786AE1" w:rsidP="00786AE1" w:rsidRDefault="00786AE1" w14:paraId="5C283E72" w14:textId="77777777">
            <w:pPr>
              <w:rPr>
                <w:rFonts w:ascii="Aptos" w:hAnsi="Aptos"/>
                <w:lang w:val="en-ZA"/>
              </w:rPr>
            </w:pPr>
          </w:p>
          <w:p w:rsidRPr="00786AE1" w:rsidR="006D245C" w:rsidP="00786AE1" w:rsidRDefault="00786AE1" w14:paraId="3B787F99" w14:textId="0EF095B3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10 min: Final reflections, key takeaways, and resource sharing</w:t>
            </w: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2A2556D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86AE1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proofErr w:type="spellStart"/>
      <w:r w:rsidRPr="00786AE1" w:rsidR="00786AE1">
        <w:rPr>
          <w:rFonts w:ascii="Aptos" w:hAnsi="Aptos"/>
        </w:rPr>
        <w:t>Mentimeter</w:t>
      </w:r>
      <w:proofErr w:type="spellEnd"/>
      <w:r w:rsidR="006D245C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57FA83C9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86AE1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3D7ED5D2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86AE1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Hands-on demo (</w:t>
      </w:r>
      <w:r w:rsidRPr="00786AE1" w:rsidR="00786AE1">
        <w:rPr>
          <w:rFonts w:ascii="Aptos" w:hAnsi="Aptos"/>
        </w:rPr>
        <w:t>dataset walkthrough</w:t>
      </w:r>
      <w:r w:rsidRPr="007D059B" w:rsidR="006D245C">
        <w:rPr>
          <w:rFonts w:ascii="Aptos" w:hAnsi="Aptos"/>
        </w:rPr>
        <w:t>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246CEC3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Other: ________________________________________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000000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:rsidRPr="00786AE1" w:rsidR="00786AE1" w:rsidP="00786AE1" w:rsidRDefault="00786AE1" w14:paraId="2C159A79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Group presentations and peer feedback</w:t>
            </w:r>
          </w:p>
          <w:p w:rsidRPr="00786AE1" w:rsidR="00786AE1" w:rsidP="00786AE1" w:rsidRDefault="00786AE1" w14:paraId="53D3EC99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04287EDB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Live Q&amp;A during plenary</w:t>
            </w:r>
          </w:p>
          <w:p w:rsidRPr="00786AE1" w:rsidR="00786AE1" w:rsidP="00786AE1" w:rsidRDefault="00786AE1" w14:paraId="20973FCC" w14:textId="77777777">
            <w:pPr>
              <w:rPr>
                <w:rFonts w:ascii="Aptos" w:hAnsi="Aptos"/>
                <w:lang w:val="en-ZA"/>
              </w:rPr>
            </w:pPr>
          </w:p>
          <w:p w:rsidRPr="00786AE1" w:rsidR="00786AE1" w:rsidP="00786AE1" w:rsidRDefault="00786AE1" w14:paraId="65773D57" w14:textId="77777777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Reflection poll at the end</w:t>
            </w:r>
          </w:p>
          <w:p w:rsidRPr="00786AE1" w:rsidR="00786AE1" w:rsidP="00786AE1" w:rsidRDefault="00786AE1" w14:paraId="2A791058" w14:textId="77777777">
            <w:pPr>
              <w:rPr>
                <w:rFonts w:ascii="Aptos" w:hAnsi="Aptos"/>
                <w:lang w:val="en-ZA"/>
              </w:rPr>
            </w:pPr>
          </w:p>
          <w:p w:rsidRPr="00786AE1" w:rsidR="006D245C" w:rsidP="00786AE1" w:rsidRDefault="00786AE1" w14:paraId="18DD30A8" w14:textId="0174BC5D">
            <w:pPr>
              <w:rPr>
                <w:rFonts w:ascii="Aptos" w:hAnsi="Aptos"/>
                <w:lang w:val="en-ZA"/>
              </w:rPr>
            </w:pPr>
            <w:r w:rsidRPr="00786AE1">
              <w:rPr>
                <w:rFonts w:ascii="Aptos" w:hAnsi="Aptos"/>
                <w:lang w:val="en-ZA"/>
              </w:rPr>
              <w:t>Observing engagement in breakout tasks and clarity of responses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000000" w14:paraId="308E212B" w14:textId="6A4F8A4F">
      <w:pPr>
        <w:pStyle w:val="Heading1"/>
      </w:pPr>
      <w:r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2FE0C44E" w:rsidP="7FD4C2BB" w:rsidRDefault="2FE0C44E" w14:paraId="36EE9194" w14:textId="7C1D09A2">
      <w:pPr>
        <w:spacing w:before="0" w:beforeAutospacing="off" w:after="16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D4C2BB" w:rsidR="2FE0C44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2FE0C44E" w:rsidP="7FD4C2BB" w:rsidRDefault="2FE0C44E" w14:paraId="4EFDF4E6" w14:textId="49C22D64">
      <w:pPr>
        <w:spacing w:before="0" w:beforeAutospacing="off" w:after="16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D4C2BB" w:rsidR="2FE0C44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2FE0C44E" w:rsidP="7FD4C2BB" w:rsidRDefault="2FE0C44E" w14:paraId="1FED4FE4" w14:textId="1CE32D9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D4C2BB" w:rsidR="2FE0C44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14:paraId="02900B91" w14:textId="77777777">
        <w:tc>
          <w:tcPr>
            <w:tcW w:w="8630" w:type="dxa"/>
          </w:tcPr>
          <w:p w:rsidR="00786AE1" w:rsidP="009B2CCB" w:rsidRDefault="00786AE1" w14:paraId="039B942C" w14:textId="125DF35C">
            <w:pPr>
              <w:rPr>
                <w:rFonts w:ascii="Aptos" w:hAnsi="Aptos"/>
              </w:rPr>
            </w:pPr>
            <w:r w:rsidRPr="00786AE1">
              <w:rPr>
                <w:rFonts w:ascii="Aptos" w:hAnsi="Aptos"/>
              </w:rPr>
              <w:t>I will briefly show how generative AI tools like ChatGPT can be used to</w:t>
            </w:r>
            <w:r w:rsidR="009B2CCB">
              <w:rPr>
                <w:rFonts w:ascii="Aptos" w:hAnsi="Aptos"/>
              </w:rPr>
              <w:t xml:space="preserve"> ideate and s</w:t>
            </w:r>
            <w:r w:rsidRPr="00786AE1">
              <w:rPr>
                <w:rFonts w:ascii="Aptos" w:hAnsi="Aptos"/>
              </w:rPr>
              <w:t>uggest potential research questions</w:t>
            </w:r>
            <w:r w:rsidR="009B2CCB">
              <w:rPr>
                <w:rFonts w:ascii="Aptos" w:hAnsi="Aptos"/>
              </w:rPr>
              <w:t>.</w:t>
            </w: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000000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000000" w14:paraId="186D45BE" w14:textId="73E9C5E3">
      <w:pPr>
        <w:rPr>
          <w:rFonts w:ascii="Aptos" w:hAnsi="Aptos"/>
        </w:rPr>
      </w:pPr>
      <w:r w:rsidRPr="357901B0">
        <w:rPr>
          <w:rFonts w:ascii="Aptos" w:hAnsi="Aptos"/>
        </w:rPr>
        <w:t xml:space="preserve">Please list any articles, slides, videos, or tools participants should review before the session. </w:t>
      </w:r>
      <w:r w:rsidRPr="357901B0" w:rsidR="006D245C">
        <w:rPr>
          <w:rFonts w:ascii="Aptos" w:hAnsi="Aptos"/>
        </w:rPr>
        <w:t>Plea</w:t>
      </w:r>
      <w:r w:rsidRPr="357901B0" w:rsidR="004177BB">
        <w:rPr>
          <w:rFonts w:ascii="Aptos" w:hAnsi="Aptos"/>
        </w:rPr>
        <w:t>se</w:t>
      </w:r>
      <w:r w:rsidRPr="357901B0" w:rsidR="006D245C">
        <w:rPr>
          <w:rFonts w:ascii="Aptos" w:hAnsi="Aptos"/>
        </w:rPr>
        <w:t xml:space="preserve"> send these to us by 2</w:t>
      </w:r>
      <w:r w:rsidRPr="357901B0" w:rsidR="6F166FFD">
        <w:rPr>
          <w:rFonts w:ascii="Aptos" w:hAnsi="Aptos"/>
        </w:rPr>
        <w:t>0</w:t>
      </w:r>
      <w:r w:rsidRPr="357901B0" w:rsidR="006D245C">
        <w:rPr>
          <w:rFonts w:ascii="Aptos" w:hAnsi="Aptos"/>
        </w:rPr>
        <w:t xml:space="preserve"> July 202</w:t>
      </w:r>
      <w:r w:rsidRPr="357901B0" w:rsidR="31AD4DAF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:rsidR="006D245C" w:rsidRDefault="00786AE1" w14:paraId="59DFD544" w14:textId="1B83A89A">
            <w:pPr>
              <w:rPr>
                <w:rFonts w:ascii="Aptos" w:hAnsi="Aptos"/>
              </w:rPr>
            </w:pPr>
            <w:proofErr w:type="spellStart"/>
            <w:r w:rsidRPr="00786AE1">
              <w:rPr>
                <w:rFonts w:ascii="Aptos" w:hAnsi="Aptos"/>
              </w:rPr>
              <w:t>AgriBIS</w:t>
            </w:r>
            <w:proofErr w:type="spellEnd"/>
            <w:r w:rsidRPr="00786AE1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Questionnaire</w:t>
            </w:r>
            <w:r w:rsidRPr="00786AE1">
              <w:rPr>
                <w:rFonts w:ascii="Aptos" w:hAnsi="Aptos"/>
              </w:rPr>
              <w:t xml:space="preserve"> (PDF)</w:t>
            </w: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RDefault="00786AE1" w14:paraId="6FA05E1D" w14:textId="77777777">
            <w:pPr>
              <w:rPr>
                <w:rFonts w:ascii="Aptos" w:hAnsi="Aptos"/>
              </w:rPr>
            </w:pPr>
            <w:r w:rsidRPr="00786AE1">
              <w:rPr>
                <w:rFonts w:ascii="Aptos" w:hAnsi="Aptos"/>
              </w:rPr>
              <w:t>No specialized software required</w:t>
            </w:r>
          </w:p>
          <w:p w:rsidR="00786AE1" w:rsidRDefault="00786AE1" w14:paraId="65B9D02A" w14:textId="4260D5A7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D21E5"/>
    <w:rsid w:val="0015074B"/>
    <w:rsid w:val="001F51C3"/>
    <w:rsid w:val="0029639D"/>
    <w:rsid w:val="00326F90"/>
    <w:rsid w:val="003C5A10"/>
    <w:rsid w:val="004177BB"/>
    <w:rsid w:val="006D124A"/>
    <w:rsid w:val="006D245C"/>
    <w:rsid w:val="007120D2"/>
    <w:rsid w:val="00786AE1"/>
    <w:rsid w:val="0079535B"/>
    <w:rsid w:val="007D059B"/>
    <w:rsid w:val="00820573"/>
    <w:rsid w:val="008E46B7"/>
    <w:rsid w:val="00957C91"/>
    <w:rsid w:val="0099551C"/>
    <w:rsid w:val="009B2CCB"/>
    <w:rsid w:val="009F77CC"/>
    <w:rsid w:val="00AA1D8D"/>
    <w:rsid w:val="00B11142"/>
    <w:rsid w:val="00B47730"/>
    <w:rsid w:val="00CB0664"/>
    <w:rsid w:val="00CF31C5"/>
    <w:rsid w:val="00D93D09"/>
    <w:rsid w:val="00DA26EB"/>
    <w:rsid w:val="00DF4D47"/>
    <w:rsid w:val="00F81363"/>
    <w:rsid w:val="00FC693F"/>
    <w:rsid w:val="1BB5FDF0"/>
    <w:rsid w:val="2019560E"/>
    <w:rsid w:val="2FE0C44E"/>
    <w:rsid w:val="319EE00C"/>
    <w:rsid w:val="31AD4DAF"/>
    <w:rsid w:val="357901B0"/>
    <w:rsid w:val="4BB1E641"/>
    <w:rsid w:val="58449AF3"/>
    <w:rsid w:val="6F166FFD"/>
    <w:rsid w:val="7FD4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4</revision>
  <dcterms:created xsi:type="dcterms:W3CDTF">2026-07-08T20:25:00.0000000Z</dcterms:created>
  <dcterms:modified xsi:type="dcterms:W3CDTF">2026-07-21T07:55:48.6667823Z</dcterms:modified>
  <category/>
</coreProperties>
</file>