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124A" w:rsidP="006D245C" w:rsidRDefault="1F5582A0" w14:paraId="20A756EA" w14:textId="29CFA1F9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 w:rsidRPr="35689D00">
        <w:rPr>
          <w:rFonts w:ascii="Aptos" w:hAnsi="Aptos"/>
          <w:b/>
          <w:bCs/>
          <w:sz w:val="28"/>
          <w:szCs w:val="28"/>
        </w:rPr>
        <w:t>7</w:t>
      </w:r>
      <w:r w:rsidRPr="35689D00" w:rsidR="007D059B">
        <w:rPr>
          <w:rFonts w:ascii="Aptos" w:hAnsi="Aptos"/>
          <w:b/>
          <w:bCs/>
          <w:sz w:val="28"/>
          <w:szCs w:val="28"/>
          <w:vertAlign w:val="superscript"/>
        </w:rPr>
        <w:t>th</w:t>
      </w:r>
      <w:r w:rsidRPr="35689D00" w:rsidR="007D059B">
        <w:rPr>
          <w:rFonts w:ascii="Aptos" w:hAnsi="Aptos"/>
          <w:b/>
          <w:bCs/>
          <w:sz w:val="28"/>
          <w:szCs w:val="28"/>
        </w:rPr>
        <w:t xml:space="preserve"> African Research Scholar Academy </w:t>
      </w:r>
    </w:p>
    <w:p w:rsidRPr="006D124A" w:rsidR="009F77CC" w:rsidP="006D245C" w:rsidRDefault="007D059B" w14:paraId="38C23BDD" w14:textId="54822A8D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 w:rsidRPr="006D124A">
        <w:rPr>
          <w:rFonts w:ascii="Aptos" w:hAnsi="Aptos"/>
          <w:b/>
          <w:bCs/>
          <w:sz w:val="28"/>
          <w:szCs w:val="28"/>
        </w:rPr>
        <w:t>Presenter Session Plan Form</w:t>
      </w:r>
    </w:p>
    <w:p w:rsidRPr="007D059B" w:rsidR="009F77CC" w:rsidRDefault="00000000" w14:paraId="0E7F7165" w14:textId="77777777">
      <w:pPr>
        <w:rPr>
          <w:rFonts w:ascii="Aptos" w:hAnsi="Aptos"/>
        </w:rPr>
      </w:pPr>
      <w:r w:rsidRPr="007D059B">
        <w:rPr>
          <w:rFonts w:ascii="Aptos" w:hAnsi="Aptos"/>
        </w:rPr>
        <w:t>Thank you for contributing to the Academy! Please complete the form below to help us ensure a dynamic, engaging, and well-structured learning experience for participants.</w:t>
      </w:r>
    </w:p>
    <w:p w:rsidRPr="00DF4D47" w:rsidR="009F77CC" w:rsidP="00DF4D47" w:rsidRDefault="00000000" w14:paraId="4A2DD694" w14:textId="77777777">
      <w:pPr>
        <w:pStyle w:val="Heading1"/>
      </w:pPr>
      <w:r w:rsidRPr="00DF4D47">
        <w:t>1. Presenter Name(s):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D059B" w:rsidTr="35689D00" w14:paraId="5CF1060F" w14:textId="77777777">
        <w:tc>
          <w:tcPr>
            <w:tcW w:w="8856" w:type="dxa"/>
          </w:tcPr>
          <w:p w:rsidR="007D059B" w:rsidP="007D059B" w:rsidRDefault="005D4EC0" w14:paraId="3E934C22" w14:textId="67C60F7C">
            <w:bookmarkStart w:name="_Hlk202878364" w:id="0"/>
            <w:r>
              <w:t xml:space="preserve">Dr </w:t>
            </w:r>
            <w:r w:rsidR="006D4C9F">
              <w:t>Il-haam Petersen</w:t>
            </w:r>
          </w:p>
          <w:p w:rsidR="006D4C9F" w:rsidP="00CA6020" w:rsidRDefault="005D4EC0" w14:paraId="4F1E6AB8" w14:textId="1FEAC30F">
            <w:r>
              <w:t xml:space="preserve">Dr </w:t>
            </w:r>
            <w:r w:rsidR="006D4C9F">
              <w:t>Nicole van Rheede</w:t>
            </w:r>
          </w:p>
        </w:tc>
      </w:tr>
    </w:tbl>
    <w:bookmarkEnd w:id="0"/>
    <w:p w:rsidR="009F77CC" w:rsidP="00DF4D47" w:rsidRDefault="00000000" w14:paraId="6A722B00" w14:textId="77777777">
      <w:pPr>
        <w:pStyle w:val="Heading1"/>
      </w:pPr>
      <w:r w:rsidRPr="007D059B">
        <w:t xml:space="preserve">2. </w:t>
      </w:r>
      <w:r w:rsidRPr="006D245C">
        <w:t>Session</w:t>
      </w:r>
      <w:r w:rsidRPr="007D059B">
        <w:t xml:space="preserve"> 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35689D00" w14:paraId="25D1F8CF" w14:textId="77777777">
        <w:tc>
          <w:tcPr>
            <w:tcW w:w="8856" w:type="dxa"/>
          </w:tcPr>
          <w:p w:rsidR="006D245C" w:rsidP="00A454B0" w:rsidRDefault="04F5FD99" w14:paraId="53EF7E6D" w14:textId="7EEB09B8">
            <w:r>
              <w:t>V</w:t>
            </w:r>
            <w:r w:rsidR="70D8037E">
              <w:t>isual methods in research (photo-voice, digital storytelling)</w:t>
            </w:r>
          </w:p>
        </w:tc>
      </w:tr>
    </w:tbl>
    <w:p w:rsidRPr="007D059B" w:rsidR="009F77CC" w:rsidP="00DF4D47" w:rsidRDefault="00000000" w14:paraId="4F83BBD0" w14:textId="77777777">
      <w:pPr>
        <w:pStyle w:val="Heading1"/>
      </w:pPr>
      <w:r w:rsidRPr="007D059B">
        <w:t>3. Date and Time of Session: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35689D00" w14:paraId="4FC0D03D" w14:textId="77777777">
        <w:tc>
          <w:tcPr>
            <w:tcW w:w="8856" w:type="dxa"/>
          </w:tcPr>
          <w:p w:rsidR="006D245C" w:rsidP="00A454B0" w:rsidRDefault="5B3F8469" w14:paraId="0D960815" w14:textId="171CDA33">
            <w:bookmarkStart w:name="_Hlk202878399" w:id="1"/>
            <w:r>
              <w:t>29</w:t>
            </w:r>
            <w:r w:rsidR="70D8037E">
              <w:t xml:space="preserve"> July</w:t>
            </w:r>
            <w:r w:rsidR="00A4080F">
              <w:t xml:space="preserve"> 2026.</w:t>
            </w:r>
            <w:r w:rsidR="70D8037E">
              <w:t xml:space="preserve"> </w:t>
            </w:r>
            <w:r w:rsidR="2B70086C">
              <w:t>11</w:t>
            </w:r>
            <w:r w:rsidR="70D8037E">
              <w:t>h00 - 1</w:t>
            </w:r>
            <w:r w:rsidR="6E3AC932">
              <w:t>3</w:t>
            </w:r>
            <w:r w:rsidR="70D8037E">
              <w:t>h</w:t>
            </w:r>
            <w:r w:rsidR="1893CFCB">
              <w:t>0</w:t>
            </w:r>
            <w:r w:rsidR="70D8037E">
              <w:t xml:space="preserve">0 (Track </w:t>
            </w:r>
            <w:r w:rsidR="00A4080F">
              <w:t>C</w:t>
            </w:r>
            <w:r w:rsidR="006E240E">
              <w:t xml:space="preserve"> - Advanced</w:t>
            </w:r>
            <w:r w:rsidR="70D8037E">
              <w:t>)</w:t>
            </w:r>
          </w:p>
        </w:tc>
      </w:tr>
      <w:bookmarkEnd w:id="1"/>
    </w:tbl>
    <w:p w:rsidR="001F51C3" w:rsidP="001F51C3" w:rsidRDefault="001F51C3" w14:paraId="07D8A3B6" w14:textId="77777777"/>
    <w:p w:rsidRPr="007D059B" w:rsidR="009F77CC" w:rsidP="00DF4D47" w:rsidRDefault="006D245C" w14:paraId="369A0D7F" w14:textId="78058BFF">
      <w:pPr>
        <w:pStyle w:val="Heading1"/>
      </w:pPr>
      <w:r>
        <w:t xml:space="preserve">4. </w:t>
      </w:r>
      <w:r w:rsidRPr="007D059B">
        <w:t>Content Overview</w:t>
      </w:r>
    </w:p>
    <w:p w:rsidRPr="004177BB" w:rsidR="009F77CC" w:rsidP="004177BB" w:rsidRDefault="00000000" w14:paraId="4F0499DA" w14:textId="270F1DA6">
      <w:pPr>
        <w:pStyle w:val="Heading2"/>
      </w:pPr>
      <w:r w:rsidRPr="004177BB">
        <w:t>4</w:t>
      </w:r>
      <w:r w:rsidRPr="004177BB" w:rsidR="006D245C">
        <w:t>.1</w:t>
      </w:r>
      <w:r w:rsidRPr="004177BB">
        <w:t>. Learning Objectives (3 bullet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139ABC6E" w14:paraId="1C0BDB4F" w14:textId="77777777">
        <w:tc>
          <w:tcPr>
            <w:tcW w:w="8856" w:type="dxa"/>
          </w:tcPr>
          <w:p w:rsidR="005A7616" w:rsidP="005A7616" w:rsidRDefault="0F0A51FE" w14:paraId="04159F16" w14:textId="48EB90E5">
            <w:pPr>
              <w:pStyle w:val="ListParagraph"/>
              <w:numPr>
                <w:ilvl w:val="0"/>
                <w:numId w:val="10"/>
              </w:numPr>
            </w:pPr>
            <w:r>
              <w:t>Understand the principles</w:t>
            </w:r>
            <w:r w:rsidR="1614A57B">
              <w:t>, applications</w:t>
            </w:r>
            <w:r>
              <w:t xml:space="preserve"> and ethic</w:t>
            </w:r>
            <w:r w:rsidR="3A9953FF">
              <w:t>al considerations</w:t>
            </w:r>
            <w:r>
              <w:t xml:space="preserve"> of photovoice and digital storytelling as common participatory visual research methods </w:t>
            </w:r>
          </w:p>
          <w:p w:rsidR="005A7616" w:rsidP="005A7616" w:rsidRDefault="0F0A51FE" w14:paraId="1D6FD865" w14:textId="10228E24">
            <w:pPr>
              <w:pStyle w:val="ListParagraph"/>
              <w:numPr>
                <w:ilvl w:val="0"/>
                <w:numId w:val="10"/>
              </w:numPr>
            </w:pPr>
            <w:r>
              <w:t xml:space="preserve">Design and implement </w:t>
            </w:r>
            <w:r w:rsidR="1975DCBE">
              <w:t xml:space="preserve">the </w:t>
            </w:r>
            <w:r>
              <w:t>basic</w:t>
            </w:r>
            <w:r w:rsidR="64B26217">
              <w:t xml:space="preserve"> components of a</w:t>
            </w:r>
            <w:r>
              <w:t xml:space="preserve"> digital story or photovoice project</w:t>
            </w:r>
          </w:p>
          <w:p w:rsidR="00DD0CBF" w:rsidP="005A7616" w:rsidRDefault="005A7616" w14:paraId="48706CD4" w14:textId="78241A3C">
            <w:pPr>
              <w:pStyle w:val="ListParagraph"/>
              <w:numPr>
                <w:ilvl w:val="0"/>
                <w:numId w:val="10"/>
              </w:numPr>
            </w:pPr>
            <w:r>
              <w:t>Critically reflect on the use of images and video</w:t>
            </w:r>
            <w:r w:rsidR="00154FCC">
              <w:t xml:space="preserve"> </w:t>
            </w:r>
            <w:r>
              <w:t>clips in knowledge (co-) production</w:t>
            </w:r>
          </w:p>
        </w:tc>
      </w:tr>
    </w:tbl>
    <w:p w:rsidRPr="006D245C" w:rsidR="006D245C" w:rsidP="006D245C" w:rsidRDefault="006D245C" w14:paraId="64979932" w14:textId="77777777"/>
    <w:p w:rsidRPr="007D059B" w:rsidR="009F77CC" w:rsidP="004177BB" w:rsidRDefault="006D245C" w14:paraId="664A8C01" w14:textId="64222505">
      <w:pPr>
        <w:pStyle w:val="Heading2"/>
      </w:pPr>
      <w:r>
        <w:t>4.2</w:t>
      </w:r>
      <w:r w:rsidRPr="007D059B">
        <w:t>. Tentative Structure / Flow of the Session:</w:t>
      </w:r>
    </w:p>
    <w:p w:rsidR="009F77CC" w:rsidRDefault="00000000" w14:paraId="54E9EEA2" w14:textId="77777777">
      <w:pPr>
        <w:rPr>
          <w:rFonts w:ascii="Aptos" w:hAnsi="Aptos"/>
        </w:rPr>
      </w:pPr>
      <w:r w:rsidRPr="007D059B">
        <w:rPr>
          <w:rFonts w:ascii="Aptos" w:hAnsi="Aptos"/>
        </w:rPr>
        <w:t>(e.g., 10 mins intro, 20 mins activity, 15 mins discussion,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2B6354B3" w14:paraId="18C3DB97" w14:textId="77777777">
        <w:tc>
          <w:tcPr>
            <w:tcW w:w="8630" w:type="dxa"/>
            <w:tcMar/>
          </w:tcPr>
          <w:p w:rsidRPr="00DD0CBF" w:rsidR="00DD0CBF" w:rsidP="00DD0CBF" w:rsidRDefault="00DD0CBF" w14:paraId="0D18F7F5" w14:textId="77777777">
            <w:pPr>
              <w:numPr>
                <w:ilvl w:val="0"/>
                <w:numId w:val="11"/>
              </w:numPr>
              <w:rPr>
                <w:rFonts w:ascii="Aptos" w:hAnsi="Aptos"/>
                <w:b/>
                <w:bCs/>
                <w:lang w:val="en-ZA"/>
              </w:rPr>
            </w:pPr>
            <w:r w:rsidRPr="00DD0CBF">
              <w:rPr>
                <w:rFonts w:ascii="Aptos" w:hAnsi="Aptos"/>
                <w:b/>
                <w:bCs/>
                <w:lang w:val="en-ZA"/>
              </w:rPr>
              <w:t xml:space="preserve">Welcome and overview of the session </w:t>
            </w:r>
            <w:r w:rsidRPr="00DD0CBF">
              <w:rPr>
                <w:rFonts w:ascii="Aptos" w:hAnsi="Aptos"/>
                <w:lang w:val="en-ZA"/>
              </w:rPr>
              <w:t xml:space="preserve">– 5 min </w:t>
            </w:r>
          </w:p>
          <w:p w:rsidR="00C52329" w:rsidP="00F67C1E" w:rsidRDefault="00DD0CBF" w14:paraId="000291B4" w14:textId="77777777">
            <w:pPr>
              <w:ind w:left="741"/>
              <w:rPr>
                <w:rFonts w:ascii="Aptos" w:hAnsi="Aptos"/>
                <w:lang w:val="en-ZA"/>
              </w:rPr>
            </w:pPr>
            <w:r w:rsidRPr="139ABC6E">
              <w:rPr>
                <w:rFonts w:ascii="Aptos" w:hAnsi="Aptos"/>
                <w:lang w:val="en-ZA"/>
              </w:rPr>
              <w:t xml:space="preserve">Question for participants to complete before the session: </w:t>
            </w:r>
          </w:p>
          <w:p w:rsidRPr="00DD0CBF" w:rsidR="00DD0CBF" w:rsidP="00F67C1E" w:rsidRDefault="00DD0CBF" w14:paraId="5C5ABC9B" w14:textId="73725CD6">
            <w:pPr>
              <w:ind w:left="741"/>
            </w:pPr>
            <w:r w:rsidRPr="139ABC6E">
              <w:rPr>
                <w:rFonts w:ascii="Aptos" w:hAnsi="Aptos"/>
                <w:lang w:val="en-ZA"/>
              </w:rPr>
              <w:t xml:space="preserve">What brings you to this session on participatory visual methods (photovoice and digital storytelling? </w:t>
            </w:r>
            <w:r w:rsidRPr="139ABC6E">
              <w:rPr>
                <w:rFonts w:ascii="Aptos" w:hAnsi="Aptos"/>
                <w:b/>
                <w:bCs/>
                <w:lang w:val="en-ZA"/>
              </w:rPr>
              <w:t xml:space="preserve">Use this Menti link to share your response </w:t>
            </w:r>
            <w:r w:rsidRPr="004F0031">
              <w:rPr>
                <w:rFonts w:ascii="Aptos" w:hAnsi="Aptos"/>
                <w:b/>
                <w:bCs/>
                <w:lang w:val="en-ZA"/>
              </w:rPr>
              <w:t>(</w:t>
            </w:r>
            <w:hyperlink w:history="1" r:id="rId6">
              <w:r w:rsidRPr="00CA6020" w:rsidR="1FE44611">
                <w:rPr>
                  <w:rStyle w:val="Hyperlink"/>
                  <w:rFonts w:ascii="Aptos" w:hAnsi="Aptos"/>
                  <w:b/>
                  <w:bCs/>
                  <w:lang w:val="en-ZA"/>
                </w:rPr>
                <w:t>https://www.menti.com/alevgnz3g7ec</w:t>
              </w:r>
            </w:hyperlink>
            <w:r w:rsidRPr="004F0031">
              <w:rPr>
                <w:rFonts w:ascii="Aptos" w:hAnsi="Aptos"/>
                <w:b/>
                <w:bCs/>
                <w:lang w:val="en-ZA"/>
              </w:rPr>
              <w:t>)</w:t>
            </w:r>
            <w:r w:rsidRPr="004F0031" w:rsidR="57E5A19E">
              <w:rPr>
                <w:rFonts w:ascii="Aptos" w:hAnsi="Aptos"/>
                <w:b/>
                <w:bCs/>
                <w:lang w:val="en-ZA"/>
              </w:rPr>
              <w:t xml:space="preserve"> </w:t>
            </w:r>
            <w:r w:rsidR="00C52329">
              <w:rPr>
                <w:rFonts w:ascii="Aptos" w:hAnsi="Aptos"/>
                <w:b/>
                <w:bCs/>
                <w:lang w:val="en-ZA"/>
              </w:rPr>
              <w:t>o</w:t>
            </w:r>
            <w:r w:rsidRPr="004F0031" w:rsidR="57E5A19E">
              <w:rPr>
                <w:rFonts w:ascii="Aptos" w:hAnsi="Aptos"/>
                <w:b/>
                <w:bCs/>
                <w:lang w:val="en-ZA"/>
              </w:rPr>
              <w:t>r go</w:t>
            </w:r>
            <w:r w:rsidRPr="139ABC6E" w:rsidR="57E5A19E">
              <w:rPr>
                <w:rFonts w:ascii="Aptos" w:hAnsi="Aptos"/>
                <w:b/>
                <w:bCs/>
                <w:lang w:val="en-ZA"/>
              </w:rPr>
              <w:t xml:space="preserve"> to Menti.com</w:t>
            </w:r>
            <w:r w:rsidRPr="139ABC6E" w:rsidR="1218424B">
              <w:rPr>
                <w:rFonts w:ascii="Aptos" w:hAnsi="Aptos"/>
                <w:b/>
                <w:bCs/>
                <w:lang w:val="en-ZA"/>
              </w:rPr>
              <w:t xml:space="preserve"> and enter this code: 4664 6997.</w:t>
            </w:r>
          </w:p>
          <w:p w:rsidRPr="00DD0CBF" w:rsidR="00DD0CBF" w:rsidP="139ABC6E" w:rsidRDefault="00DD0CBF" w14:paraId="11ED2E8D" w14:textId="3DFFFC16">
            <w:pPr>
              <w:ind w:left="741"/>
              <w:rPr>
                <w:rFonts w:ascii="Aptos" w:hAnsi="Aptos"/>
                <w:b/>
                <w:bCs/>
                <w:lang w:val="en-ZA"/>
              </w:rPr>
            </w:pPr>
          </w:p>
          <w:p w:rsidRPr="00DD0CBF" w:rsidR="00DD0CBF" w:rsidP="00DD0CBF" w:rsidRDefault="00DD0CBF" w14:paraId="531F81B5" w14:textId="27FAF37D">
            <w:pPr>
              <w:numPr>
                <w:ilvl w:val="0"/>
                <w:numId w:val="11"/>
              </w:numPr>
              <w:rPr>
                <w:rFonts w:ascii="Aptos" w:hAnsi="Aptos"/>
                <w:lang w:val="en-ZA"/>
              </w:rPr>
            </w:pPr>
            <w:r w:rsidRPr="139ABC6E">
              <w:rPr>
                <w:rFonts w:ascii="Aptos" w:hAnsi="Aptos"/>
                <w:b/>
                <w:bCs/>
                <w:lang w:val="en-ZA"/>
              </w:rPr>
              <w:t xml:space="preserve">Brief introduction to photovoice and digital storytelling </w:t>
            </w:r>
            <w:r w:rsidRPr="139ABC6E">
              <w:rPr>
                <w:rFonts w:ascii="Aptos" w:hAnsi="Aptos"/>
                <w:lang w:val="en-ZA"/>
              </w:rPr>
              <w:t>as examples of participatory visual research methods</w:t>
            </w:r>
            <w:r w:rsidR="008C4046">
              <w:rPr>
                <w:rFonts w:ascii="Aptos" w:hAnsi="Aptos"/>
                <w:lang w:val="en-ZA"/>
              </w:rPr>
              <w:t>:</w:t>
            </w:r>
          </w:p>
          <w:p w:rsidR="139ABC6E" w:rsidP="00892FD9" w:rsidRDefault="00892FD9" w14:paraId="4E81DA6C" w14:textId="3B0EB6FB">
            <w:pPr>
              <w:pStyle w:val="ListParagraph"/>
              <w:numPr>
                <w:ilvl w:val="1"/>
                <w:numId w:val="11"/>
              </w:numPr>
              <w:rPr>
                <w:rFonts w:ascii="Aptos" w:hAnsi="Aptos"/>
                <w:lang w:val="en-ZA"/>
              </w:rPr>
            </w:pPr>
            <w:r>
              <w:rPr>
                <w:rFonts w:ascii="Aptos" w:hAnsi="Aptos"/>
                <w:lang w:val="en-ZA"/>
              </w:rPr>
              <w:t xml:space="preserve">Introduction to participatory visual methods </w:t>
            </w:r>
            <w:r w:rsidR="00DD3D19">
              <w:rPr>
                <w:rFonts w:ascii="Aptos" w:hAnsi="Aptos"/>
                <w:lang w:val="en-ZA"/>
              </w:rPr>
              <w:t>(15 min)</w:t>
            </w:r>
          </w:p>
          <w:p w:rsidR="00DD3D19" w:rsidP="00892FD9" w:rsidRDefault="000B23C8" w14:paraId="5CB5B620" w14:textId="7E38925C">
            <w:pPr>
              <w:pStyle w:val="ListParagraph"/>
              <w:numPr>
                <w:ilvl w:val="1"/>
                <w:numId w:val="11"/>
              </w:numPr>
              <w:rPr>
                <w:rFonts w:ascii="Aptos" w:hAnsi="Aptos"/>
                <w:lang w:val="en-ZA"/>
              </w:rPr>
            </w:pPr>
            <w:r>
              <w:rPr>
                <w:rFonts w:ascii="Aptos" w:hAnsi="Aptos"/>
                <w:lang w:val="en-ZA"/>
              </w:rPr>
              <w:t>Ethical considerations (10 min)</w:t>
            </w:r>
          </w:p>
          <w:p w:rsidR="00384CBC" w:rsidP="00892FD9" w:rsidRDefault="00384CBC" w14:paraId="6A8C131B" w14:textId="6BF73B07">
            <w:pPr>
              <w:pStyle w:val="ListParagraph"/>
              <w:numPr>
                <w:ilvl w:val="1"/>
                <w:numId w:val="11"/>
              </w:numPr>
              <w:rPr>
                <w:rFonts w:ascii="Aptos" w:hAnsi="Aptos"/>
                <w:lang w:val="en-ZA"/>
              </w:rPr>
            </w:pPr>
            <w:r>
              <w:rPr>
                <w:rFonts w:ascii="Aptos" w:hAnsi="Aptos"/>
                <w:lang w:val="en-ZA"/>
              </w:rPr>
              <w:t>What is Photovoice? (10 min)</w:t>
            </w:r>
          </w:p>
          <w:p w:rsidR="00384CBC" w:rsidP="00892FD9" w:rsidRDefault="00384CBC" w14:paraId="018E0031" w14:textId="14683F50">
            <w:pPr>
              <w:pStyle w:val="ListParagraph"/>
              <w:numPr>
                <w:ilvl w:val="1"/>
                <w:numId w:val="11"/>
              </w:numPr>
              <w:rPr>
                <w:rFonts w:ascii="Aptos" w:hAnsi="Aptos"/>
                <w:lang w:val="en-ZA"/>
              </w:rPr>
            </w:pPr>
            <w:r>
              <w:rPr>
                <w:rFonts w:ascii="Aptos" w:hAnsi="Aptos"/>
                <w:lang w:val="en-ZA"/>
              </w:rPr>
              <w:t>What is Digital storytelling? (1</w:t>
            </w:r>
            <w:r w:rsidR="002E6766">
              <w:rPr>
                <w:rFonts w:ascii="Aptos" w:hAnsi="Aptos"/>
                <w:lang w:val="en-ZA"/>
              </w:rPr>
              <w:t>5</w:t>
            </w:r>
            <w:r>
              <w:rPr>
                <w:rFonts w:ascii="Aptos" w:hAnsi="Aptos"/>
                <w:lang w:val="en-ZA"/>
              </w:rPr>
              <w:t xml:space="preserve"> min)</w:t>
            </w:r>
          </w:p>
          <w:p w:rsidR="000B23C8" w:rsidP="00CA6020" w:rsidRDefault="000B23C8" w14:paraId="3B406808" w14:textId="4752663D">
            <w:pPr>
              <w:pStyle w:val="ListParagraph"/>
              <w:numPr>
                <w:ilvl w:val="1"/>
                <w:numId w:val="11"/>
              </w:numPr>
              <w:rPr>
                <w:rFonts w:ascii="Aptos" w:hAnsi="Aptos"/>
                <w:lang w:val="en-ZA"/>
              </w:rPr>
            </w:pPr>
            <w:r>
              <w:rPr>
                <w:rFonts w:ascii="Aptos" w:hAnsi="Aptos"/>
                <w:lang w:val="en-ZA"/>
              </w:rPr>
              <w:t xml:space="preserve">Practical considerations – </w:t>
            </w:r>
            <w:r w:rsidR="002E6766">
              <w:rPr>
                <w:rFonts w:ascii="Aptos" w:hAnsi="Aptos"/>
                <w:lang w:val="en-ZA"/>
              </w:rPr>
              <w:t>W</w:t>
            </w:r>
            <w:r>
              <w:rPr>
                <w:rFonts w:ascii="Aptos" w:hAnsi="Aptos"/>
                <w:lang w:val="en-ZA"/>
              </w:rPr>
              <w:t>hich methods to use when</w:t>
            </w:r>
            <w:r w:rsidR="00384CBC">
              <w:rPr>
                <w:rFonts w:ascii="Aptos" w:hAnsi="Aptos"/>
                <w:lang w:val="en-ZA"/>
              </w:rPr>
              <w:t>?</w:t>
            </w:r>
            <w:r w:rsidR="002E6766">
              <w:rPr>
                <w:rFonts w:ascii="Aptos" w:hAnsi="Aptos"/>
                <w:lang w:val="en-ZA"/>
              </w:rPr>
              <w:t xml:space="preserve"> Designing the prompt.</w:t>
            </w:r>
            <w:r w:rsidR="007B37F7">
              <w:rPr>
                <w:rFonts w:ascii="Aptos" w:hAnsi="Aptos"/>
                <w:lang w:val="en-ZA"/>
              </w:rPr>
              <w:t xml:space="preserve"> </w:t>
            </w:r>
            <w:r w:rsidR="002E6766">
              <w:rPr>
                <w:rFonts w:ascii="Aptos" w:hAnsi="Aptos"/>
                <w:lang w:val="en-ZA"/>
              </w:rPr>
              <w:t>(10</w:t>
            </w:r>
            <w:r w:rsidR="007B37F7">
              <w:rPr>
                <w:rFonts w:ascii="Aptos" w:hAnsi="Aptos"/>
                <w:lang w:val="en-ZA"/>
              </w:rPr>
              <w:t xml:space="preserve"> min</w:t>
            </w:r>
            <w:r w:rsidR="002E6766">
              <w:rPr>
                <w:rFonts w:ascii="Aptos" w:hAnsi="Aptos"/>
                <w:lang w:val="en-ZA"/>
              </w:rPr>
              <w:t>)</w:t>
            </w:r>
          </w:p>
          <w:p w:rsidR="139ABC6E" w:rsidP="00CA6020" w:rsidRDefault="139ABC6E" w14:paraId="761D2420" w14:textId="3B1B0A72">
            <w:pPr>
              <w:ind w:left="720"/>
              <w:rPr>
                <w:rFonts w:ascii="Aptos" w:hAnsi="Aptos"/>
                <w:lang w:val="en-ZA"/>
              </w:rPr>
            </w:pPr>
          </w:p>
          <w:p w:rsidRPr="00DD0CBF" w:rsidR="00DD0CBF" w:rsidP="00DD0CBF" w:rsidRDefault="00DD0CBF" w14:paraId="7ABFD637" w14:textId="615BDC53">
            <w:pPr>
              <w:numPr>
                <w:ilvl w:val="0"/>
                <w:numId w:val="11"/>
              </w:numPr>
              <w:rPr>
                <w:rFonts w:ascii="Aptos" w:hAnsi="Aptos"/>
                <w:lang w:val="en-ZA"/>
              </w:rPr>
            </w:pPr>
            <w:r w:rsidRPr="139ABC6E">
              <w:rPr>
                <w:rFonts w:ascii="Aptos" w:hAnsi="Aptos"/>
                <w:b/>
                <w:bCs/>
                <w:lang w:val="en-ZA"/>
              </w:rPr>
              <w:lastRenderedPageBreak/>
              <w:t>Practical activity</w:t>
            </w:r>
            <w:r w:rsidRPr="139ABC6E">
              <w:rPr>
                <w:rFonts w:ascii="Aptos" w:hAnsi="Aptos"/>
                <w:lang w:val="en-ZA"/>
              </w:rPr>
              <w:t xml:space="preserve"> – </w:t>
            </w:r>
            <w:r w:rsidRPr="139ABC6E" w:rsidR="4CD3D0FA">
              <w:rPr>
                <w:rFonts w:ascii="Aptos" w:hAnsi="Aptos"/>
                <w:lang w:val="en-ZA"/>
              </w:rPr>
              <w:t>30</w:t>
            </w:r>
            <w:r w:rsidRPr="139ABC6E">
              <w:rPr>
                <w:rFonts w:ascii="Aptos" w:hAnsi="Aptos"/>
                <w:lang w:val="en-ZA"/>
              </w:rPr>
              <w:t xml:space="preserve"> min (two breakaway groups, participants select one) </w:t>
            </w:r>
          </w:p>
          <w:p w:rsidR="00973073" w:rsidP="00973073" w:rsidRDefault="00973073" w14:paraId="2494DBD7" w14:textId="77777777">
            <w:pPr>
              <w:rPr>
                <w:rFonts w:ascii="Aptos" w:hAnsi="Aptos"/>
                <w:lang w:val="en-ZA"/>
              </w:rPr>
            </w:pPr>
          </w:p>
          <w:p w:rsidR="00973073" w:rsidP="00973073" w:rsidRDefault="00973073" w14:paraId="03D89D12" w14:textId="77777777">
            <w:pPr>
              <w:rPr>
                <w:rFonts w:ascii="Aptos" w:hAnsi="Aptos"/>
                <w:lang w:val="en-ZA"/>
              </w:rPr>
            </w:pPr>
            <w:r w:rsidRPr="00973073">
              <w:rPr>
                <w:rFonts w:ascii="Aptos" w:hAnsi="Aptos"/>
                <w:lang w:val="en-ZA"/>
              </w:rPr>
              <w:t xml:space="preserve">Imagine </w:t>
            </w:r>
            <w:r>
              <w:rPr>
                <w:rFonts w:ascii="Aptos" w:hAnsi="Aptos"/>
                <w:lang w:val="en-ZA"/>
              </w:rPr>
              <w:t xml:space="preserve">that </w:t>
            </w:r>
            <w:r w:rsidRPr="00973073">
              <w:rPr>
                <w:rFonts w:ascii="Aptos" w:hAnsi="Aptos"/>
                <w:lang w:val="en-ZA"/>
              </w:rPr>
              <w:t xml:space="preserve">you are a researcher exploring the question: </w:t>
            </w:r>
            <w:r w:rsidRPr="00973073">
              <w:rPr>
                <w:rFonts w:ascii="Aptos" w:hAnsi="Aptos"/>
                <w:i/>
                <w:iCs/>
                <w:lang w:val="en-ZA"/>
              </w:rPr>
              <w:t>‘What key moments and experiences do students identify as pivotal in shaping their educational and career aspirations?’</w:t>
            </w:r>
            <w:r w:rsidRPr="00973073">
              <w:rPr>
                <w:rFonts w:ascii="Aptos" w:hAnsi="Aptos"/>
                <w:lang w:val="en-ZA"/>
              </w:rPr>
              <w:t xml:space="preserve"> </w:t>
            </w:r>
          </w:p>
          <w:p w:rsidR="00973073" w:rsidP="00973073" w:rsidRDefault="00973073" w14:paraId="4F6EFF79" w14:textId="77777777">
            <w:pPr>
              <w:rPr>
                <w:rFonts w:ascii="Aptos" w:hAnsi="Aptos"/>
                <w:lang w:val="en-ZA"/>
              </w:rPr>
            </w:pPr>
          </w:p>
          <w:p w:rsidRPr="00973073" w:rsidR="00973073" w:rsidP="00973073" w:rsidRDefault="00973073" w14:paraId="15109E7C" w14:textId="280E80C6">
            <w:pPr>
              <w:rPr>
                <w:rFonts w:ascii="Aptos" w:hAnsi="Aptos"/>
                <w:lang w:val="en-ZA"/>
              </w:rPr>
            </w:pPr>
            <w:r w:rsidRPr="00973073">
              <w:rPr>
                <w:rFonts w:ascii="Aptos" w:hAnsi="Aptos"/>
                <w:lang w:val="en-ZA"/>
              </w:rPr>
              <w:t xml:space="preserve">You would like to use digital storytelling or photovoice as a research method. This is the guiding prompt you create: </w:t>
            </w:r>
            <w:r w:rsidRPr="00973073">
              <w:rPr>
                <w:rFonts w:ascii="Aptos" w:hAnsi="Aptos"/>
                <w:i/>
                <w:iCs/>
                <w:lang w:val="en-ZA"/>
              </w:rPr>
              <w:t>‘What shaped your decision to pursue tertiary education?’</w:t>
            </w:r>
          </w:p>
          <w:p w:rsidRPr="00973073" w:rsidR="00973073" w:rsidP="00973073" w:rsidRDefault="00973073" w14:paraId="399CB4BE" w14:textId="77777777">
            <w:pPr>
              <w:pStyle w:val="ListParagraph"/>
              <w:numPr>
                <w:ilvl w:val="0"/>
                <w:numId w:val="13"/>
              </w:numPr>
              <w:rPr>
                <w:rFonts w:ascii="Aptos" w:hAnsi="Aptos"/>
                <w:lang w:val="en-ZA"/>
              </w:rPr>
            </w:pPr>
            <w:r w:rsidRPr="00973073">
              <w:rPr>
                <w:rFonts w:ascii="Aptos" w:hAnsi="Aptos"/>
                <w:lang w:val="en-ZA"/>
              </w:rPr>
              <w:t>Photovoice: Take or share photos that show the places, people, objects, or moments that influenced your choice.</w:t>
            </w:r>
          </w:p>
          <w:p w:rsidRPr="00973073" w:rsidR="00973073" w:rsidP="00973073" w:rsidRDefault="00973073" w14:paraId="4BCEB19E" w14:textId="77777777">
            <w:pPr>
              <w:pStyle w:val="ListParagraph"/>
              <w:numPr>
                <w:ilvl w:val="0"/>
                <w:numId w:val="13"/>
              </w:numPr>
              <w:rPr>
                <w:rFonts w:ascii="Aptos" w:hAnsi="Aptos"/>
                <w:lang w:val="en-ZA"/>
              </w:rPr>
            </w:pPr>
            <w:r w:rsidRPr="00973073">
              <w:rPr>
                <w:rFonts w:ascii="Aptos" w:hAnsi="Aptos"/>
                <w:lang w:val="en-ZA"/>
              </w:rPr>
              <w:t>Digital Storytelling: Tell a TRUE story about an experience or moment that influenced the path you decided to take.</w:t>
            </w:r>
          </w:p>
          <w:p w:rsidR="00973073" w:rsidP="00973073" w:rsidRDefault="00973073" w14:paraId="5524F0F3" w14:textId="77777777">
            <w:pPr>
              <w:rPr>
                <w:rFonts w:ascii="Aptos" w:hAnsi="Aptos"/>
                <w:lang w:val="en-ZA"/>
              </w:rPr>
            </w:pPr>
          </w:p>
          <w:p w:rsidRPr="00973073" w:rsidR="00973073" w:rsidP="00973073" w:rsidRDefault="00973073" w14:paraId="5380D702" w14:textId="52605836">
            <w:pPr>
              <w:rPr>
                <w:rFonts w:ascii="Aptos" w:hAnsi="Aptos"/>
                <w:lang w:val="en-ZA"/>
              </w:rPr>
            </w:pPr>
            <w:r w:rsidRPr="00973073">
              <w:rPr>
                <w:rFonts w:ascii="Aptos" w:hAnsi="Aptos"/>
                <w:lang w:val="en-ZA"/>
              </w:rPr>
              <w:t>Before taking the prompt into the field, you will test it on yourself to see how open, clear, and rich the responses are.</w:t>
            </w:r>
          </w:p>
          <w:p w:rsidRPr="00973073" w:rsidR="00973073" w:rsidP="00973073" w:rsidRDefault="00973073" w14:paraId="10C5550D" w14:textId="7AF797CD">
            <w:pPr>
              <w:pStyle w:val="ListParagraph"/>
              <w:numPr>
                <w:ilvl w:val="0"/>
                <w:numId w:val="14"/>
              </w:numPr>
              <w:rPr>
                <w:rFonts w:ascii="Aptos" w:hAnsi="Aptos"/>
                <w:lang w:val="en-ZA"/>
              </w:rPr>
            </w:pPr>
            <w:r w:rsidRPr="00973073">
              <w:rPr>
                <w:rFonts w:ascii="Aptos" w:hAnsi="Aptos"/>
                <w:lang w:val="en-ZA"/>
              </w:rPr>
              <w:t>Select a visual/mental anchor: Look through the photos on your phone or think of a specific image or object that represents a key moment, influence, or turning point when you started your tertiary studies.</w:t>
            </w:r>
          </w:p>
          <w:p w:rsidRPr="00973073" w:rsidR="00973073" w:rsidP="00973073" w:rsidRDefault="00973073" w14:paraId="7D5C87B8" w14:textId="22FE7844">
            <w:pPr>
              <w:pStyle w:val="ListParagraph"/>
              <w:numPr>
                <w:ilvl w:val="0"/>
                <w:numId w:val="14"/>
              </w:numPr>
              <w:rPr>
                <w:rFonts w:ascii="Aptos" w:hAnsi="Aptos"/>
                <w:lang w:val="en-ZA"/>
              </w:rPr>
            </w:pPr>
            <w:r w:rsidRPr="00973073">
              <w:rPr>
                <w:rFonts w:ascii="Aptos" w:hAnsi="Aptos"/>
                <w:lang w:val="en-ZA"/>
              </w:rPr>
              <w:t>Jot down notes: Briefly note what the image shows and why it stands out to you in relation to the research question.</w:t>
            </w:r>
          </w:p>
          <w:p w:rsidR="00DD0CBF" w:rsidP="2B6354B3" w:rsidRDefault="005A7E66" w14:paraId="0DC77556" w14:textId="36E95A39">
            <w:pPr>
              <w:rPr>
                <w:rFonts w:ascii="Aptos" w:hAnsi="Aptos"/>
                <w:b w:val="1"/>
                <w:bCs w:val="1"/>
                <w:lang w:val="en-ZA"/>
              </w:rPr>
            </w:pPr>
            <w:r w:rsidRPr="2B6354B3" w:rsidR="005A7E66">
              <w:rPr>
                <w:rFonts w:ascii="Aptos" w:hAnsi="Aptos"/>
                <w:b w:val="1"/>
                <w:bCs w:val="1"/>
                <w:lang w:val="en-ZA"/>
              </w:rPr>
              <w:t>[</w:t>
            </w:r>
            <w:r w:rsidRPr="2B6354B3" w:rsidR="00973073">
              <w:rPr>
                <w:rFonts w:ascii="Aptos" w:hAnsi="Aptos"/>
                <w:b w:val="1"/>
                <w:bCs w:val="1"/>
                <w:lang w:val="en-ZA"/>
              </w:rPr>
              <w:t>Bring this photo/image/object to the session.</w:t>
            </w:r>
            <w:r w:rsidRPr="2B6354B3" w:rsidR="005A7E66">
              <w:rPr>
                <w:rFonts w:ascii="Aptos" w:hAnsi="Aptos"/>
                <w:b w:val="1"/>
                <w:bCs w:val="1"/>
                <w:lang w:val="en-ZA"/>
              </w:rPr>
              <w:t>]</w:t>
            </w:r>
          </w:p>
          <w:p w:rsidRPr="00DD0CBF" w:rsidR="00973073" w:rsidP="00973073" w:rsidRDefault="00973073" w14:paraId="4BDDFB9F" w14:textId="77777777">
            <w:pPr>
              <w:rPr>
                <w:rFonts w:ascii="Aptos" w:hAnsi="Aptos"/>
                <w:lang w:val="en-ZA"/>
              </w:rPr>
            </w:pPr>
          </w:p>
          <w:p w:rsidR="005A7E66" w:rsidP="00DD0CBF" w:rsidRDefault="00844842" w14:paraId="27830064" w14:textId="4C517AB1">
            <w:pPr>
              <w:numPr>
                <w:ilvl w:val="0"/>
                <w:numId w:val="11"/>
              </w:numPr>
              <w:rPr>
                <w:rFonts w:ascii="Aptos" w:hAnsi="Aptos"/>
                <w:b/>
                <w:bCs/>
                <w:lang w:val="en-ZA"/>
              </w:rPr>
            </w:pPr>
            <w:r>
              <w:rPr>
                <w:rFonts w:ascii="Aptos" w:hAnsi="Aptos"/>
                <w:b/>
                <w:bCs/>
                <w:lang w:val="en-ZA"/>
              </w:rPr>
              <w:t>Discussion</w:t>
            </w:r>
            <w:r w:rsidR="005A7E66">
              <w:rPr>
                <w:rFonts w:ascii="Aptos" w:hAnsi="Aptos"/>
                <w:b/>
                <w:bCs/>
                <w:lang w:val="en-ZA"/>
              </w:rPr>
              <w:t xml:space="preserve"> (20min)</w:t>
            </w:r>
            <w:r w:rsidR="00803790">
              <w:rPr>
                <w:rFonts w:ascii="Aptos" w:hAnsi="Aptos"/>
                <w:b/>
                <w:bCs/>
                <w:lang w:val="en-ZA"/>
              </w:rPr>
              <w:t xml:space="preserve">: </w:t>
            </w:r>
          </w:p>
          <w:p w:rsidR="00DD0CBF" w:rsidP="005A7E66" w:rsidRDefault="00803790" w14:paraId="37ED1027" w14:textId="5793CC57">
            <w:pPr>
              <w:ind w:left="360"/>
              <w:rPr>
                <w:rFonts w:ascii="Aptos" w:hAnsi="Aptos"/>
                <w:b/>
                <w:bCs/>
                <w:lang w:val="en-ZA"/>
              </w:rPr>
            </w:pPr>
            <w:r w:rsidRPr="00803790">
              <w:rPr>
                <w:rFonts w:ascii="Aptos" w:hAnsi="Aptos"/>
                <w:b/>
                <w:bCs/>
                <w:lang w:val="en-ZA"/>
              </w:rPr>
              <w:t>Co-producing, analysing, writing-up and sharing visual stories as data</w:t>
            </w:r>
            <w:r w:rsidRPr="00DD0CBF" w:rsidR="00DD0CBF">
              <w:rPr>
                <w:rFonts w:ascii="Aptos" w:hAnsi="Aptos"/>
                <w:b/>
                <w:bCs/>
                <w:lang w:val="en-ZA"/>
              </w:rPr>
              <w:t xml:space="preserve"> </w:t>
            </w:r>
          </w:p>
          <w:p w:rsidR="005A7E66" w:rsidP="005A7E66" w:rsidRDefault="005A7E66" w14:paraId="606E439E" w14:textId="5E3CD679">
            <w:pPr>
              <w:ind w:left="360"/>
              <w:rPr>
                <w:rFonts w:ascii="Aptos" w:hAnsi="Aptos"/>
                <w:b/>
                <w:bCs/>
                <w:lang w:val="en-ZA"/>
              </w:rPr>
            </w:pPr>
            <w:r>
              <w:rPr>
                <w:rFonts w:ascii="Aptos" w:hAnsi="Aptos"/>
                <w:b/>
                <w:bCs/>
                <w:lang w:val="en-ZA"/>
              </w:rPr>
              <w:t xml:space="preserve">Using AI to </w:t>
            </w:r>
            <w:r w:rsidR="004D52D1">
              <w:rPr>
                <w:rFonts w:ascii="Aptos" w:hAnsi="Aptos"/>
                <w:b/>
                <w:bCs/>
                <w:lang w:val="en-ZA"/>
              </w:rPr>
              <w:t>create images and story scripts</w:t>
            </w:r>
          </w:p>
          <w:p w:rsidRPr="00DD0CBF" w:rsidR="004D52D1" w:rsidP="005A7E66" w:rsidRDefault="004D52D1" w14:paraId="23A993AB" w14:textId="77777777">
            <w:pPr>
              <w:ind w:left="360"/>
              <w:rPr>
                <w:rFonts w:ascii="Aptos" w:hAnsi="Aptos"/>
                <w:b/>
                <w:bCs/>
                <w:lang w:val="en-ZA"/>
              </w:rPr>
            </w:pPr>
          </w:p>
          <w:p w:rsidRPr="005A7616" w:rsidR="006D245C" w:rsidP="005A7616" w:rsidRDefault="00DD0CBF" w14:paraId="3B787F99" w14:textId="052E82EC">
            <w:pPr>
              <w:pStyle w:val="ListParagraph"/>
              <w:numPr>
                <w:ilvl w:val="0"/>
                <w:numId w:val="11"/>
              </w:numPr>
              <w:rPr>
                <w:rFonts w:ascii="Aptos" w:hAnsi="Aptos"/>
              </w:rPr>
            </w:pPr>
            <w:r w:rsidRPr="005A7616">
              <w:rPr>
                <w:rFonts w:ascii="Aptos" w:hAnsi="Aptos"/>
                <w:b/>
                <w:bCs/>
                <w:lang w:val="en-ZA"/>
              </w:rPr>
              <w:t xml:space="preserve">Closing reflections </w:t>
            </w:r>
            <w:r w:rsidRPr="005A7616">
              <w:rPr>
                <w:rFonts w:ascii="Aptos" w:hAnsi="Aptos"/>
                <w:lang w:val="en-ZA"/>
              </w:rPr>
              <w:t>– 5 min</w:t>
            </w:r>
          </w:p>
        </w:tc>
      </w:tr>
    </w:tbl>
    <w:p w:rsidR="001F51C3" w:rsidP="001F51C3" w:rsidRDefault="001F51C3" w14:paraId="4EE3FEFF" w14:textId="77777777"/>
    <w:p w:rsidRPr="007D059B" w:rsidR="009F77CC" w:rsidP="00DF4D47" w:rsidRDefault="006D245C" w14:paraId="4CF83A7F" w14:textId="307335CE">
      <w:pPr>
        <w:pStyle w:val="Heading1"/>
      </w:pPr>
      <w:r>
        <w:t xml:space="preserve">5. </w:t>
      </w:r>
      <w:r w:rsidRPr="007D059B">
        <w:t>Engagement and Interaction</w:t>
      </w:r>
    </w:p>
    <w:p w:rsidRPr="007D059B" w:rsidR="009F77CC" w:rsidP="004177BB" w:rsidRDefault="006D245C" w14:paraId="69E8F612" w14:textId="2D25321E">
      <w:pPr>
        <w:pStyle w:val="Heading2"/>
      </w:pPr>
      <w:r>
        <w:t>5.1</w:t>
      </w:r>
      <w:r w:rsidRPr="007D059B">
        <w:t xml:space="preserve"> Planned Interactive Element(s)</w:t>
      </w:r>
    </w:p>
    <w:p w:rsidRPr="007D059B" w:rsidR="009F77CC" w:rsidRDefault="006D245C" w14:paraId="29350BDF" w14:textId="44B9A0C1">
      <w:pPr>
        <w:rPr>
          <w:rFonts w:ascii="Aptos" w:hAnsi="Aptos"/>
        </w:rPr>
      </w:pPr>
      <w:r>
        <w:rPr>
          <w:rFonts w:ascii="Aptos" w:hAnsi="Aptos"/>
        </w:rPr>
        <w:t>T</w:t>
      </w:r>
      <w:r w:rsidRPr="007D059B">
        <w:rPr>
          <w:rFonts w:ascii="Aptos" w:hAnsi="Aptos"/>
        </w:rPr>
        <w:t>ick one or more or describe your own</w:t>
      </w:r>
      <w:r>
        <w:rPr>
          <w:rFonts w:ascii="Aptos" w:hAnsi="Aptos"/>
        </w:rPr>
        <w:t>, please reach out if you would like more information on interactive tools</w:t>
      </w:r>
    </w:p>
    <w:p w:rsidRPr="007D059B" w:rsidR="009F77CC" w:rsidP="006D245C" w:rsidRDefault="00000000" w14:paraId="73154319" w14:textId="30D63F5F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9932551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C7373">
            <w:rPr>
              <w:rFonts w:hint="eastAsia" w:ascii="MS Gothic" w:hAnsi="MS Gothic" w:eastAsia="MS Gothic"/>
            </w:rPr>
            <w:t>☒</w:t>
          </w:r>
        </w:sdtContent>
      </w:sdt>
      <w:r w:rsidRPr="007D059B" w:rsidR="006D245C">
        <w:rPr>
          <w:rFonts w:ascii="Aptos" w:hAnsi="Aptos"/>
        </w:rPr>
        <w:t xml:space="preserve"> Poll or quiz</w:t>
      </w:r>
      <w:r w:rsidR="006D245C">
        <w:rPr>
          <w:rFonts w:ascii="Aptos" w:hAnsi="Aptos"/>
        </w:rPr>
        <w:t xml:space="preserve"> (</w:t>
      </w:r>
      <w:proofErr w:type="spellStart"/>
      <w:r w:rsidR="006D245C">
        <w:rPr>
          <w:rFonts w:ascii="Aptos" w:hAnsi="Aptos"/>
        </w:rPr>
        <w:t>menti</w:t>
      </w:r>
      <w:proofErr w:type="spellEnd"/>
      <w:r w:rsidR="006D245C">
        <w:rPr>
          <w:rFonts w:ascii="Aptos" w:hAnsi="Aptos"/>
        </w:rPr>
        <w:t xml:space="preserve">, Kahoot, </w:t>
      </w:r>
      <w:proofErr w:type="spellStart"/>
      <w:r w:rsidR="006D245C">
        <w:rPr>
          <w:rFonts w:ascii="Aptos" w:hAnsi="Aptos"/>
        </w:rPr>
        <w:t>slido</w:t>
      </w:r>
      <w:proofErr w:type="spellEnd"/>
      <w:r w:rsidR="006D245C">
        <w:rPr>
          <w:rFonts w:ascii="Aptos" w:hAnsi="Aptos"/>
        </w:rPr>
        <w:t xml:space="preserve">) </w:t>
      </w:r>
    </w:p>
    <w:p w:rsidRPr="007D059B" w:rsidR="009F77CC" w:rsidP="006D245C" w:rsidRDefault="00000000" w14:paraId="11BC152A" w14:textId="7EFB42D9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17828304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C7373">
            <w:rPr>
              <w:rFonts w:hint="eastAsia" w:ascii="MS Gothic" w:hAnsi="MS Gothic" w:eastAsia="MS Gothic"/>
            </w:rPr>
            <w:t>☒</w:t>
          </w:r>
        </w:sdtContent>
      </w:sdt>
      <w:r w:rsidRPr="007D059B" w:rsidR="006D245C">
        <w:rPr>
          <w:rFonts w:ascii="Aptos" w:hAnsi="Aptos"/>
        </w:rPr>
        <w:t xml:space="preserve"> Group discussion in breakout rooms</w:t>
      </w:r>
    </w:p>
    <w:p w:rsidRPr="007D059B" w:rsidR="009F77CC" w:rsidP="006D245C" w:rsidRDefault="00000000" w14:paraId="7784A221" w14:textId="13A96266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209954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hint="eastAsia" w:ascii="MS Gothic" w:hAnsi="MS Gothic" w:eastAsia="MS Gothic"/>
            </w:rPr>
            <w:t>☐</w:t>
          </w:r>
        </w:sdtContent>
      </w:sdt>
      <w:r w:rsidRPr="007D059B" w:rsidR="006D245C">
        <w:rPr>
          <w:rFonts w:ascii="Aptos" w:hAnsi="Aptos"/>
        </w:rPr>
        <w:t xml:space="preserve"> Hands-on demo (e.g., live coding, annotation)</w:t>
      </w:r>
    </w:p>
    <w:p w:rsidRPr="007D059B" w:rsidR="009F77CC" w:rsidP="006D245C" w:rsidRDefault="00000000" w14:paraId="38F50023" w14:textId="579931B3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190144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hint="eastAsia" w:ascii="MS Gothic" w:hAnsi="MS Gothic" w:eastAsia="MS Gothic"/>
            </w:rPr>
            <w:t>☐</w:t>
          </w:r>
        </w:sdtContent>
      </w:sdt>
      <w:r w:rsidRPr="007D059B" w:rsidR="006D245C">
        <w:rPr>
          <w:rFonts w:ascii="Aptos" w:hAnsi="Aptos"/>
        </w:rPr>
        <w:t xml:space="preserve"> </w:t>
      </w:r>
      <w:proofErr w:type="spellStart"/>
      <w:r w:rsidRPr="007D059B" w:rsidR="006D245C">
        <w:rPr>
          <w:rFonts w:ascii="Aptos" w:hAnsi="Aptos"/>
        </w:rPr>
        <w:t>Jamboard</w:t>
      </w:r>
      <w:proofErr w:type="spellEnd"/>
      <w:r w:rsidRPr="007D059B" w:rsidR="006D245C">
        <w:rPr>
          <w:rFonts w:ascii="Aptos" w:hAnsi="Aptos"/>
        </w:rPr>
        <w:t>, Padlet, or whiteboard exercise</w:t>
      </w:r>
    </w:p>
    <w:p w:rsidRPr="007D059B" w:rsidR="009F77CC" w:rsidP="006D245C" w:rsidRDefault="00000000" w14:paraId="2A130081" w14:textId="246CEC3F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238474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hint="eastAsia" w:ascii="MS Gothic" w:hAnsi="MS Gothic" w:eastAsia="MS Gothic"/>
            </w:rPr>
            <w:t>☐</w:t>
          </w:r>
        </w:sdtContent>
      </w:sdt>
      <w:r w:rsidRPr="007D059B" w:rsidR="006D245C">
        <w:rPr>
          <w:rFonts w:ascii="Aptos" w:hAnsi="Aptos"/>
        </w:rPr>
        <w:t xml:space="preserve"> Other: ________________________________________</w:t>
      </w:r>
    </w:p>
    <w:p w:rsidRPr="007D059B" w:rsidR="009F77CC" w:rsidP="004177BB" w:rsidRDefault="006D245C" w14:paraId="36071AC6" w14:textId="3E707D70">
      <w:pPr>
        <w:pStyle w:val="Heading2"/>
      </w:pPr>
      <w:r>
        <w:t>5.2</w:t>
      </w:r>
      <w:r w:rsidRPr="007D059B">
        <w:t>. How will you check if learning is taking place during the session?</w:t>
      </w:r>
    </w:p>
    <w:p w:rsidR="009F77CC" w:rsidRDefault="00000000" w14:paraId="499AE376" w14:textId="77777777">
      <w:pPr>
        <w:rPr>
          <w:rFonts w:ascii="Aptos" w:hAnsi="Aptos"/>
        </w:rPr>
      </w:pPr>
      <w:r w:rsidRPr="007D059B">
        <w:rPr>
          <w:rFonts w:ascii="Aptos" w:hAnsi="Aptos"/>
        </w:rPr>
        <w:t>(e.g., mini quiz, short reflection, live Q&amp;A, feedback tool,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78A05D8B" w14:textId="77777777">
        <w:tc>
          <w:tcPr>
            <w:tcW w:w="8856" w:type="dxa"/>
          </w:tcPr>
          <w:p w:rsidR="009C7373" w:rsidRDefault="009C7373" w14:paraId="4ECE820E" w14:textId="67FF6693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Mini quiz</w:t>
            </w:r>
            <w:r w:rsidR="006D4C9F">
              <w:rPr>
                <w:rFonts w:ascii="Aptos" w:hAnsi="Aptos"/>
              </w:rPr>
              <w:t xml:space="preserve"> or feedback tool</w:t>
            </w:r>
            <w:r>
              <w:rPr>
                <w:rFonts w:ascii="Aptos" w:hAnsi="Aptos"/>
              </w:rPr>
              <w:t xml:space="preserve">  </w:t>
            </w:r>
          </w:p>
          <w:p w:rsidR="006D245C" w:rsidRDefault="009C7373" w14:paraId="18DD30A8" w14:textId="3CF5BD5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Live Q&amp;A</w:t>
            </w:r>
          </w:p>
        </w:tc>
      </w:tr>
    </w:tbl>
    <w:p w:rsidR="00B11142" w:rsidP="00DF4D47" w:rsidRDefault="001F51C3" w14:paraId="308E212B" w14:textId="1E92FFE0">
      <w:pPr>
        <w:pStyle w:val="Heading1"/>
      </w:pPr>
      <w:r>
        <w:lastRenderedPageBreak/>
        <w:t xml:space="preserve">6. </w:t>
      </w:r>
      <w:r w:rsidR="00B11142">
        <w:t xml:space="preserve">Incorporation of AI </w:t>
      </w:r>
    </w:p>
    <w:p w:rsidRPr="009731C7" w:rsidR="009731C7" w:rsidP="009731C7" w:rsidRDefault="009731C7" w14:paraId="636C25E6" w14:textId="77777777">
      <w:pPr>
        <w:rPr>
          <w:rFonts w:ascii="Aptos" w:hAnsi="Aptos"/>
        </w:rPr>
      </w:pPr>
      <w:r w:rsidRPr="009731C7">
        <w:rPr>
          <w:rFonts w:ascii="Aptos" w:hAnsi="Aptos"/>
        </w:rPr>
        <w:t xml:space="preserve">The Academy theme this year is "African Research Voices in the Age of Artificial Intelligence." Please indicate how you will incorporate a discussion of AI in your session. This may include a brief introduction, example, demonstration, or reflection of how AI tools are shaping research. </w:t>
      </w:r>
    </w:p>
    <w:p w:rsidR="00F81363" w:rsidP="009731C7" w:rsidRDefault="009731C7" w14:paraId="191B1C4A" w14:textId="03E86A3B">
      <w:pPr>
        <w:rPr>
          <w:rFonts w:ascii="Aptos" w:hAnsi="Aptos"/>
        </w:rPr>
      </w:pPr>
      <w:r w:rsidRPr="009731C7">
        <w:rPr>
          <w:rFonts w:ascii="Aptos" w:hAnsi="Aptos"/>
        </w:rPr>
        <w:t>How do you plan to introduce, discuss, or demonstrate AI tools in your session?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F31C5" w14:paraId="02900B91" w14:textId="77777777">
        <w:tc>
          <w:tcPr>
            <w:tcW w:w="8630" w:type="dxa"/>
          </w:tcPr>
          <w:p w:rsidR="00CF31C5" w:rsidP="0099551C" w:rsidRDefault="00AB76F3" w14:paraId="039B942C" w14:textId="6555AED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The session will include a discussion of the use of AI to prepare </w:t>
            </w:r>
            <w:r w:rsidR="00BE14C3">
              <w:rPr>
                <w:rFonts w:ascii="Aptos" w:hAnsi="Aptos"/>
              </w:rPr>
              <w:t>responses to photovoice and digital storytelling prompts</w:t>
            </w:r>
            <w:r w:rsidR="00314EC3">
              <w:rPr>
                <w:rFonts w:ascii="Aptos" w:hAnsi="Aptos"/>
              </w:rPr>
              <w:t xml:space="preserve">/guiding questions, and in creating the visual materials. </w:t>
            </w:r>
          </w:p>
        </w:tc>
      </w:tr>
    </w:tbl>
    <w:p w:rsidRPr="00F81363" w:rsidR="00CF31C5" w:rsidP="0099551C" w:rsidRDefault="00CF31C5" w14:paraId="0A02EE57" w14:textId="77777777">
      <w:pPr>
        <w:rPr>
          <w:rFonts w:ascii="Aptos" w:hAnsi="Aptos"/>
        </w:rPr>
      </w:pPr>
    </w:p>
    <w:p w:rsidRPr="007D059B" w:rsidR="009F77CC" w:rsidP="00DF4D47" w:rsidRDefault="00000000" w14:paraId="4D5C137F" w14:textId="44CE11D0">
      <w:pPr>
        <w:pStyle w:val="Heading1"/>
      </w:pPr>
      <w:r w:rsidRPr="007D059B">
        <w:t>Additional Materials</w:t>
      </w:r>
    </w:p>
    <w:p w:rsidRPr="007D059B" w:rsidR="009F77CC" w:rsidP="004177BB" w:rsidRDefault="001F51C3" w14:paraId="6064DC88" w14:textId="677E8436">
      <w:pPr>
        <w:pStyle w:val="Heading2"/>
      </w:pPr>
      <w:r>
        <w:t>6.1</w:t>
      </w:r>
      <w:r w:rsidRPr="007D059B">
        <w:t xml:space="preserve"> Pre-reading or Additional Resources:</w:t>
      </w:r>
    </w:p>
    <w:p w:rsidR="009F77CC" w:rsidRDefault="00000000" w14:paraId="186D45BE" w14:textId="618785FC">
      <w:pPr>
        <w:rPr>
          <w:rFonts w:ascii="Aptos" w:hAnsi="Aptos"/>
        </w:rPr>
      </w:pPr>
      <w:r w:rsidRPr="007D059B">
        <w:rPr>
          <w:rFonts w:ascii="Aptos" w:hAnsi="Aptos"/>
        </w:rPr>
        <w:t xml:space="preserve">Please list any articles, slides, videos, or tools participants should review before the session. </w:t>
      </w:r>
      <w:r w:rsidR="006D245C">
        <w:rPr>
          <w:rFonts w:ascii="Aptos" w:hAnsi="Aptos"/>
        </w:rPr>
        <w:t>Plea</w:t>
      </w:r>
      <w:r w:rsidR="004177BB">
        <w:rPr>
          <w:rFonts w:ascii="Aptos" w:hAnsi="Aptos"/>
        </w:rPr>
        <w:t>se</w:t>
      </w:r>
      <w:r w:rsidR="006D245C">
        <w:rPr>
          <w:rFonts w:ascii="Aptos" w:hAnsi="Aptos"/>
        </w:rPr>
        <w:t xml:space="preserve"> send these to us by </w:t>
      </w:r>
      <w:r w:rsidR="00314EC3">
        <w:rPr>
          <w:rFonts w:ascii="Aptos" w:hAnsi="Aptos"/>
        </w:rPr>
        <w:t xml:space="preserve">20 </w:t>
      </w:r>
      <w:r w:rsidR="006D245C">
        <w:rPr>
          <w:rFonts w:ascii="Aptos" w:hAnsi="Aptos"/>
        </w:rPr>
        <w:t xml:space="preserve">July </w:t>
      </w:r>
      <w:r w:rsidR="00314EC3">
        <w:rPr>
          <w:rFonts w:ascii="Aptos" w:hAnsi="Aptos"/>
        </w:rPr>
        <w:t>2026.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2B6354B3" w14:paraId="7B057C79" w14:textId="77777777">
        <w:tc>
          <w:tcPr>
            <w:tcW w:w="8856" w:type="dxa"/>
            <w:tcMar/>
          </w:tcPr>
          <w:p w:rsidRPr="00030E04" w:rsidR="00792FD1" w:rsidP="00792FD1" w:rsidRDefault="00792FD1" w14:paraId="3D9D54F7" w14:textId="77777777">
            <w:pPr>
              <w:rPr>
                <w:rFonts w:ascii="Aptos" w:hAnsi="Aptos"/>
                <w:b/>
                <w:bCs/>
              </w:rPr>
            </w:pPr>
            <w:r w:rsidRPr="00030E04">
              <w:rPr>
                <w:rFonts w:ascii="Aptos" w:hAnsi="Aptos"/>
                <w:b/>
                <w:bCs/>
              </w:rPr>
              <w:t>Preparation:</w:t>
            </w:r>
          </w:p>
          <w:p w:rsidR="00792FD1" w:rsidP="00792FD1" w:rsidRDefault="00792FD1" w14:paraId="7C982B24" w14:textId="77777777">
            <w:pPr>
              <w:rPr>
                <w:rFonts w:ascii="Aptos" w:hAnsi="Aptos"/>
                <w:lang w:val="en-ZA"/>
              </w:rPr>
            </w:pPr>
            <w:r w:rsidRPr="00973073">
              <w:rPr>
                <w:rFonts w:ascii="Aptos" w:hAnsi="Aptos"/>
                <w:lang w:val="en-ZA"/>
              </w:rPr>
              <w:t xml:space="preserve">Imagine </w:t>
            </w:r>
            <w:r>
              <w:rPr>
                <w:rFonts w:ascii="Aptos" w:hAnsi="Aptos"/>
                <w:lang w:val="en-ZA"/>
              </w:rPr>
              <w:t xml:space="preserve">that </w:t>
            </w:r>
            <w:r w:rsidRPr="00973073">
              <w:rPr>
                <w:rFonts w:ascii="Aptos" w:hAnsi="Aptos"/>
                <w:lang w:val="en-ZA"/>
              </w:rPr>
              <w:t xml:space="preserve">you are a researcher exploring the question: </w:t>
            </w:r>
            <w:r w:rsidRPr="00973073">
              <w:rPr>
                <w:rFonts w:ascii="Aptos" w:hAnsi="Aptos"/>
                <w:i/>
                <w:iCs/>
                <w:lang w:val="en-ZA"/>
              </w:rPr>
              <w:t>‘What key moments and experiences do students identify as pivotal in shaping their educational and career aspirations?’</w:t>
            </w:r>
            <w:r w:rsidRPr="00973073">
              <w:rPr>
                <w:rFonts w:ascii="Aptos" w:hAnsi="Aptos"/>
                <w:lang w:val="en-ZA"/>
              </w:rPr>
              <w:t xml:space="preserve"> </w:t>
            </w:r>
          </w:p>
          <w:p w:rsidR="00792FD1" w:rsidP="00792FD1" w:rsidRDefault="00792FD1" w14:paraId="74BBF451" w14:textId="77777777">
            <w:pPr>
              <w:rPr>
                <w:rFonts w:ascii="Aptos" w:hAnsi="Aptos"/>
                <w:lang w:val="en-ZA"/>
              </w:rPr>
            </w:pPr>
          </w:p>
          <w:p w:rsidRPr="00973073" w:rsidR="00792FD1" w:rsidP="00792FD1" w:rsidRDefault="00792FD1" w14:paraId="6998CB86" w14:textId="77777777">
            <w:pPr>
              <w:rPr>
                <w:rFonts w:ascii="Aptos" w:hAnsi="Aptos"/>
                <w:lang w:val="en-ZA"/>
              </w:rPr>
            </w:pPr>
            <w:r w:rsidRPr="00973073">
              <w:rPr>
                <w:rFonts w:ascii="Aptos" w:hAnsi="Aptos"/>
                <w:lang w:val="en-ZA"/>
              </w:rPr>
              <w:t xml:space="preserve">You would like to use digital storytelling or photovoice as a research method. This is the guiding prompt you create: </w:t>
            </w:r>
            <w:r w:rsidRPr="00973073">
              <w:rPr>
                <w:rFonts w:ascii="Aptos" w:hAnsi="Aptos"/>
                <w:i/>
                <w:iCs/>
                <w:lang w:val="en-ZA"/>
              </w:rPr>
              <w:t>‘What shaped your decision to pursue tertiary education?’</w:t>
            </w:r>
          </w:p>
          <w:p w:rsidRPr="00973073" w:rsidR="00792FD1" w:rsidP="00792FD1" w:rsidRDefault="00792FD1" w14:paraId="25C4B683" w14:textId="77777777">
            <w:pPr>
              <w:pStyle w:val="ListParagraph"/>
              <w:numPr>
                <w:ilvl w:val="0"/>
                <w:numId w:val="13"/>
              </w:numPr>
              <w:rPr>
                <w:rFonts w:ascii="Aptos" w:hAnsi="Aptos"/>
                <w:lang w:val="en-ZA"/>
              </w:rPr>
            </w:pPr>
            <w:r w:rsidRPr="00973073">
              <w:rPr>
                <w:rFonts w:ascii="Aptos" w:hAnsi="Aptos"/>
                <w:lang w:val="en-ZA"/>
              </w:rPr>
              <w:t>Photovoice: Take or share photos that show the places, people, objects, or moments that influenced your choice.</w:t>
            </w:r>
          </w:p>
          <w:p w:rsidRPr="00973073" w:rsidR="00792FD1" w:rsidP="00792FD1" w:rsidRDefault="00792FD1" w14:paraId="069A8979" w14:textId="77777777">
            <w:pPr>
              <w:pStyle w:val="ListParagraph"/>
              <w:numPr>
                <w:ilvl w:val="0"/>
                <w:numId w:val="13"/>
              </w:numPr>
              <w:rPr>
                <w:rFonts w:ascii="Aptos" w:hAnsi="Aptos"/>
                <w:lang w:val="en-ZA"/>
              </w:rPr>
            </w:pPr>
            <w:r w:rsidRPr="00973073">
              <w:rPr>
                <w:rFonts w:ascii="Aptos" w:hAnsi="Aptos"/>
                <w:lang w:val="en-ZA"/>
              </w:rPr>
              <w:t>Digital Storytelling: Tell a TRUE story about an experience or moment that influenced the path you decided to take.</w:t>
            </w:r>
          </w:p>
          <w:p w:rsidR="00792FD1" w:rsidP="00792FD1" w:rsidRDefault="00792FD1" w14:paraId="71989E2D" w14:textId="77777777">
            <w:pPr>
              <w:rPr>
                <w:rFonts w:ascii="Aptos" w:hAnsi="Aptos"/>
                <w:lang w:val="en-ZA"/>
              </w:rPr>
            </w:pPr>
          </w:p>
          <w:p w:rsidRPr="00973073" w:rsidR="00792FD1" w:rsidP="00792FD1" w:rsidRDefault="00792FD1" w14:paraId="06F91F89" w14:textId="77777777">
            <w:pPr>
              <w:rPr>
                <w:rFonts w:ascii="Aptos" w:hAnsi="Aptos"/>
                <w:lang w:val="en-ZA"/>
              </w:rPr>
            </w:pPr>
            <w:r w:rsidRPr="00973073">
              <w:rPr>
                <w:rFonts w:ascii="Aptos" w:hAnsi="Aptos"/>
                <w:lang w:val="en-ZA"/>
              </w:rPr>
              <w:t>Before taking the prompt into the field, you will test it on yourself to see how open, clear, and rich the responses are.</w:t>
            </w:r>
          </w:p>
          <w:p w:rsidRPr="00973073" w:rsidR="00792FD1" w:rsidP="00792FD1" w:rsidRDefault="00792FD1" w14:paraId="1E3B6F90" w14:textId="77777777">
            <w:pPr>
              <w:pStyle w:val="ListParagraph"/>
              <w:numPr>
                <w:ilvl w:val="0"/>
                <w:numId w:val="14"/>
              </w:numPr>
              <w:rPr>
                <w:rFonts w:ascii="Aptos" w:hAnsi="Aptos"/>
                <w:lang w:val="en-ZA"/>
              </w:rPr>
            </w:pPr>
            <w:r w:rsidRPr="00973073">
              <w:rPr>
                <w:rFonts w:ascii="Aptos" w:hAnsi="Aptos"/>
                <w:lang w:val="en-ZA"/>
              </w:rPr>
              <w:t>Select a visual/mental anchor: Look through the photos on your phone or think of a specific image or object that represents a key moment, influence, or turning point when you started your tertiary studies.</w:t>
            </w:r>
          </w:p>
          <w:p w:rsidRPr="00973073" w:rsidR="00792FD1" w:rsidP="00792FD1" w:rsidRDefault="00792FD1" w14:paraId="6933A1E7" w14:textId="77777777">
            <w:pPr>
              <w:pStyle w:val="ListParagraph"/>
              <w:numPr>
                <w:ilvl w:val="0"/>
                <w:numId w:val="14"/>
              </w:numPr>
              <w:rPr>
                <w:rFonts w:ascii="Aptos" w:hAnsi="Aptos"/>
                <w:lang w:val="en-ZA"/>
              </w:rPr>
            </w:pPr>
            <w:r w:rsidRPr="00973073">
              <w:rPr>
                <w:rFonts w:ascii="Aptos" w:hAnsi="Aptos"/>
                <w:lang w:val="en-ZA"/>
              </w:rPr>
              <w:t>Jot down notes: Briefly note what the image shows and why it stands out to you in relation to the research question.</w:t>
            </w:r>
          </w:p>
          <w:p w:rsidR="00792FD1" w:rsidP="00792FD1" w:rsidRDefault="00792FD1" w14:paraId="0CE4A48C" w14:textId="77777777">
            <w:pPr>
              <w:rPr>
                <w:rFonts w:ascii="Aptos" w:hAnsi="Aptos"/>
                <w:lang w:val="en-ZA"/>
              </w:rPr>
            </w:pPr>
          </w:p>
          <w:p w:rsidR="00792FD1" w:rsidP="00792FD1" w:rsidRDefault="00792FD1" w14:paraId="7CD71CC4" w14:textId="08F858C5">
            <w:pPr>
              <w:rPr>
                <w:rFonts w:ascii="Aptos" w:hAnsi="Aptos"/>
                <w:lang w:val="en-ZA"/>
              </w:rPr>
            </w:pPr>
            <w:r w:rsidRPr="2B6354B3" w:rsidR="00792FD1">
              <w:rPr>
                <w:rFonts w:ascii="Aptos" w:hAnsi="Aptos"/>
                <w:lang w:val="en-ZA"/>
              </w:rPr>
              <w:t>Please email your images and notes to Il-haam Petersen (</w:t>
            </w:r>
            <w:hyperlink r:id="R43d010dac9db4279">
              <w:r w:rsidRPr="2B6354B3" w:rsidR="00792FD1">
                <w:rPr>
                  <w:rStyle w:val="Hyperlink"/>
                  <w:rFonts w:ascii="Aptos" w:hAnsi="Aptos"/>
                  <w:lang w:val="en-ZA"/>
                </w:rPr>
                <w:t>ipetersen@hsrc.ac.za</w:t>
              </w:r>
            </w:hyperlink>
            <w:r w:rsidRPr="2B6354B3" w:rsidR="00792FD1">
              <w:rPr>
                <w:rFonts w:ascii="Aptos" w:hAnsi="Aptos"/>
                <w:lang w:val="en-ZA"/>
              </w:rPr>
              <w:t xml:space="preserve">) by </w:t>
            </w:r>
            <w:r w:rsidRPr="2B6354B3" w:rsidR="00792FD1">
              <w:rPr>
                <w:rFonts w:ascii="Aptos" w:hAnsi="Aptos"/>
                <w:b w:val="1"/>
                <w:bCs w:val="1"/>
                <w:lang w:val="en-ZA"/>
              </w:rPr>
              <w:t>28 July 2026</w:t>
            </w:r>
            <w:r w:rsidRPr="2B6354B3" w:rsidR="00792FD1">
              <w:rPr>
                <w:rFonts w:ascii="Aptos" w:hAnsi="Aptos"/>
                <w:lang w:val="en-ZA"/>
              </w:rPr>
              <w:t xml:space="preserve">. </w:t>
            </w:r>
            <w:r w:rsidRPr="2B6354B3" w:rsidR="00792FD1">
              <w:rPr>
                <w:rFonts w:ascii="Aptos" w:hAnsi="Aptos"/>
                <w:b w:val="1"/>
                <w:bCs w:val="1"/>
                <w:lang w:val="en-ZA"/>
              </w:rPr>
              <w:t>Bring this photo/image/object to the session.</w:t>
            </w:r>
          </w:p>
          <w:p w:rsidR="00792FD1" w:rsidRDefault="00792FD1" w14:paraId="6170EECD" w14:textId="77777777">
            <w:pPr>
              <w:rPr>
                <w:rFonts w:ascii="Aptos" w:hAnsi="Aptos"/>
                <w:b/>
                <w:bCs/>
              </w:rPr>
            </w:pPr>
          </w:p>
          <w:p w:rsidR="00792FD1" w:rsidRDefault="00792FD1" w14:paraId="005AFCB5" w14:textId="77777777">
            <w:pPr>
              <w:rPr>
                <w:rFonts w:ascii="Aptos" w:hAnsi="Aptos"/>
                <w:b/>
                <w:bCs/>
              </w:rPr>
            </w:pPr>
          </w:p>
          <w:p w:rsidRPr="00905E02" w:rsidR="00E508DE" w:rsidRDefault="00905E02" w14:paraId="02175390" w14:textId="5A86CC5D">
            <w:pPr>
              <w:rPr>
                <w:rFonts w:ascii="Aptos" w:hAnsi="Aptos"/>
                <w:b/>
                <w:bCs/>
              </w:rPr>
            </w:pPr>
            <w:r w:rsidRPr="00905E02">
              <w:rPr>
                <w:rFonts w:ascii="Aptos" w:hAnsi="Aptos"/>
                <w:b/>
                <w:bCs/>
              </w:rPr>
              <w:t>Pre-reading and resources</w:t>
            </w:r>
            <w:r>
              <w:rPr>
                <w:rFonts w:ascii="Aptos" w:hAnsi="Aptos"/>
                <w:b/>
                <w:bCs/>
              </w:rPr>
              <w:t>:</w:t>
            </w:r>
          </w:p>
          <w:p w:rsidR="0062424F" w:rsidP="00E508DE" w:rsidRDefault="008D7175" w14:paraId="4A8F1FA8" w14:textId="77777777">
            <w:pPr>
              <w:pStyle w:val="ListParagraph"/>
              <w:numPr>
                <w:ilvl w:val="0"/>
                <w:numId w:val="1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>Photo-voice and digital storytelling examples</w:t>
            </w:r>
          </w:p>
          <w:p w:rsidR="00EF6EB2" w:rsidP="0062424F" w:rsidRDefault="00EF6EB2" w14:paraId="6DA55505" w14:textId="0DBA9913">
            <w:pPr>
              <w:pStyle w:val="ListParagrap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The session will draw on examples from </w:t>
            </w:r>
            <w:r w:rsidR="008D7175">
              <w:rPr>
                <w:rFonts w:ascii="Aptos" w:hAnsi="Aptos"/>
              </w:rPr>
              <w:t xml:space="preserve">these research </w:t>
            </w:r>
            <w:r w:rsidR="009F6F6D">
              <w:rPr>
                <w:rFonts w:ascii="Aptos" w:hAnsi="Aptos"/>
              </w:rPr>
              <w:t>studies:</w:t>
            </w:r>
          </w:p>
          <w:p w:rsidR="009F6F6D" w:rsidP="004120D7" w:rsidRDefault="004120D7" w14:paraId="2168CCBD" w14:textId="25BDD233">
            <w:pPr>
              <w:pStyle w:val="ListParagraph"/>
              <w:numPr>
                <w:ilvl w:val="1"/>
                <w:numId w:val="12"/>
              </w:numPr>
              <w:rPr>
                <w:rFonts w:ascii="Aptos" w:hAnsi="Aptos"/>
              </w:rPr>
            </w:pPr>
            <w:r w:rsidRPr="004120D7">
              <w:rPr>
                <w:rFonts w:ascii="Aptos" w:hAnsi="Aptos"/>
              </w:rPr>
              <w:t>university-communit</w:t>
            </w:r>
            <w:r>
              <w:rPr>
                <w:rFonts w:ascii="Aptos" w:hAnsi="Aptos"/>
              </w:rPr>
              <w:t>y</w:t>
            </w:r>
            <w:r w:rsidRPr="004120D7">
              <w:rPr>
                <w:rFonts w:ascii="Aptos" w:hAnsi="Aptos"/>
              </w:rPr>
              <w:t xml:space="preserve"> engagement</w:t>
            </w:r>
            <w:r w:rsidR="004C7D42">
              <w:rPr>
                <w:rFonts w:ascii="Aptos" w:hAnsi="Aptos"/>
              </w:rPr>
              <w:t xml:space="preserve"> (photo-voice)</w:t>
            </w:r>
            <w:r w:rsidRPr="004120D7">
              <w:rPr>
                <w:rFonts w:ascii="Aptos" w:hAnsi="Aptos"/>
              </w:rPr>
              <w:t xml:space="preserve"> </w:t>
            </w:r>
            <w:hyperlink w:history="1" r:id="rId8">
              <w:r w:rsidRPr="001D63A1" w:rsidR="006C16C3">
                <w:rPr>
                  <w:rStyle w:val="Hyperlink"/>
                  <w:rFonts w:ascii="Aptos" w:hAnsi="Aptos"/>
                </w:rPr>
                <w:t>https://hsrc.ac.za/about-cestii/policy-related-indicator-development/</w:t>
              </w:r>
            </w:hyperlink>
            <w:r w:rsidR="006C16C3">
              <w:rPr>
                <w:rFonts w:ascii="Aptos" w:hAnsi="Aptos"/>
              </w:rPr>
              <w:t xml:space="preserve"> </w:t>
            </w:r>
          </w:p>
          <w:p w:rsidR="006C16C3" w:rsidP="004120D7" w:rsidRDefault="00B260AE" w14:paraId="1FE2BA77" w14:textId="3DDBCE2C">
            <w:pPr>
              <w:pStyle w:val="ListParagraph"/>
              <w:numPr>
                <w:ilvl w:val="1"/>
                <w:numId w:val="1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lastRenderedPageBreak/>
              <w:t>innovation in the informal sector</w:t>
            </w:r>
            <w:r w:rsidR="00D620EF">
              <w:rPr>
                <w:rFonts w:ascii="Aptos" w:hAnsi="Aptos"/>
              </w:rPr>
              <w:t xml:space="preserve"> (digital storytelling) </w:t>
            </w:r>
            <w:hyperlink w:history="1" r:id="rId9">
              <w:r w:rsidRPr="001D63A1" w:rsidR="00CB30D5">
                <w:rPr>
                  <w:rStyle w:val="Hyperlink"/>
                  <w:rFonts w:ascii="Aptos" w:hAnsi="Aptos"/>
                </w:rPr>
                <w:t>https://informalbizinnovationhub.hsrc.ac.za/</w:t>
              </w:r>
            </w:hyperlink>
            <w:r w:rsidR="00CB30D5">
              <w:rPr>
                <w:rFonts w:ascii="Aptos" w:hAnsi="Aptos"/>
              </w:rPr>
              <w:t xml:space="preserve"> </w:t>
            </w:r>
          </w:p>
          <w:p w:rsidR="0026387F" w:rsidP="004120D7" w:rsidRDefault="006C04B5" w14:paraId="6D5807EE" w14:textId="6E7B3427">
            <w:pPr>
              <w:pStyle w:val="ListParagraph"/>
              <w:numPr>
                <w:ilvl w:val="1"/>
                <w:numId w:val="12"/>
              </w:num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community safety (digital storytelling) </w:t>
            </w:r>
            <w:hyperlink w:history="1" r:id="rId10">
              <w:r w:rsidRPr="001D63A1">
                <w:rPr>
                  <w:rStyle w:val="Hyperlink"/>
                  <w:rFonts w:ascii="Aptos" w:hAnsi="Aptos"/>
                </w:rPr>
                <w:t>file:///C:/Users/ipetersen/Downloads/WhatWeLiveWithEveryDayIsNotRightFINALREPORT.pdf</w:t>
              </w:r>
            </w:hyperlink>
            <w:r>
              <w:rPr>
                <w:rFonts w:ascii="Aptos" w:hAnsi="Aptos"/>
              </w:rPr>
              <w:t xml:space="preserve"> </w:t>
            </w:r>
          </w:p>
          <w:p w:rsidRPr="00833652" w:rsidR="00B211AB" w:rsidP="00833652" w:rsidRDefault="008001AB" w14:paraId="19A3022A" w14:textId="2FEDD912">
            <w:pPr>
              <w:pStyle w:val="ListParagraph"/>
              <w:numPr>
                <w:ilvl w:val="0"/>
                <w:numId w:val="12"/>
              </w:numPr>
              <w:rPr>
                <w:rFonts w:ascii="Aptos" w:hAnsi="Aptos"/>
              </w:rPr>
            </w:pPr>
            <w:r w:rsidRPr="00E508DE">
              <w:rPr>
                <w:rFonts w:ascii="Aptos" w:hAnsi="Aptos"/>
              </w:rPr>
              <w:t>Gillian F. Black &amp; Mary Chambers</w:t>
            </w:r>
            <w:r>
              <w:rPr>
                <w:rFonts w:ascii="Aptos" w:hAnsi="Aptos"/>
              </w:rPr>
              <w:t>. (2019).</w:t>
            </w:r>
            <w:r w:rsidRPr="00833652">
              <w:rPr>
                <w:rFonts w:ascii="Aptos" w:hAnsi="Aptos"/>
              </w:rPr>
              <w:t xml:space="preserve"> </w:t>
            </w:r>
            <w:r w:rsidRPr="00833652" w:rsidR="0052282A">
              <w:rPr>
                <w:rFonts w:ascii="Aptos" w:hAnsi="Aptos"/>
              </w:rPr>
              <w:t>The practice and ethics</w:t>
            </w:r>
            <w:r w:rsidRPr="00833652" w:rsidR="00833652">
              <w:rPr>
                <w:rFonts w:ascii="Aptos" w:hAnsi="Aptos"/>
              </w:rPr>
              <w:t xml:space="preserve"> o</w:t>
            </w:r>
            <w:r w:rsidRPr="00833652" w:rsidR="0052282A">
              <w:rPr>
                <w:rFonts w:ascii="Aptos" w:hAnsi="Aptos"/>
              </w:rPr>
              <w:t>f participatory visual methods</w:t>
            </w:r>
            <w:r w:rsidRPr="00833652" w:rsidR="00833652">
              <w:rPr>
                <w:rFonts w:ascii="Aptos" w:hAnsi="Aptos"/>
              </w:rPr>
              <w:t xml:space="preserve"> f</w:t>
            </w:r>
            <w:r w:rsidRPr="00833652" w:rsidR="0052282A">
              <w:rPr>
                <w:rFonts w:ascii="Aptos" w:hAnsi="Aptos"/>
              </w:rPr>
              <w:t>or community engagement</w:t>
            </w:r>
            <w:r w:rsidRPr="00833652" w:rsidR="00833652">
              <w:rPr>
                <w:rFonts w:ascii="Aptos" w:hAnsi="Aptos"/>
              </w:rPr>
              <w:t xml:space="preserve"> </w:t>
            </w:r>
            <w:r w:rsidR="00833652">
              <w:rPr>
                <w:rFonts w:ascii="Aptos" w:hAnsi="Aptos"/>
              </w:rPr>
              <w:t>i</w:t>
            </w:r>
            <w:r w:rsidRPr="00833652" w:rsidR="0052282A">
              <w:rPr>
                <w:rFonts w:ascii="Aptos" w:hAnsi="Aptos"/>
              </w:rPr>
              <w:t>n public health and health science</w:t>
            </w:r>
            <w:r w:rsidR="007D1C5A">
              <w:rPr>
                <w:rFonts w:ascii="Aptos" w:hAnsi="Aptos"/>
              </w:rPr>
              <w:t>.</w:t>
            </w:r>
            <w:r w:rsidR="00B81F8A">
              <w:rPr>
                <w:rFonts w:ascii="Aptos" w:hAnsi="Aptos"/>
              </w:rPr>
              <w:t xml:space="preserve"> </w:t>
            </w:r>
            <w:r w:rsidRPr="00B81F8A" w:rsidR="00B81F8A">
              <w:rPr>
                <w:rFonts w:ascii="Aptos" w:hAnsi="Aptos"/>
              </w:rPr>
              <w:t>The Global Health Network</w:t>
            </w:r>
            <w:r w:rsidR="00B81F8A">
              <w:rPr>
                <w:rFonts w:ascii="Aptos" w:hAnsi="Aptos"/>
              </w:rPr>
              <w:t>.</w:t>
            </w:r>
            <w:r w:rsidRPr="00833652" w:rsidR="0052282A">
              <w:rPr>
                <w:rFonts w:ascii="Aptos" w:hAnsi="Aptos"/>
              </w:rPr>
              <w:t xml:space="preserve"> </w:t>
            </w:r>
            <w:hyperlink w:history="1" r:id="rId11">
              <w:r w:rsidRPr="00833652" w:rsidR="00B211AB">
                <w:rPr>
                  <w:rStyle w:val="Hyperlink"/>
                  <w:rFonts w:ascii="Aptos" w:hAnsi="Aptos"/>
                </w:rPr>
                <w:t>https://www.livelihoods.org.za/beta/wp-content/uploads/2024/04/The-Practice-and-Ethics-of-Participatory-Visual-Methods-for-Community-Engagement-in-Public-Health-and-Health-Science.pdf</w:t>
              </w:r>
            </w:hyperlink>
            <w:r w:rsidRPr="00833652" w:rsidR="00B211AB">
              <w:rPr>
                <w:rFonts w:ascii="Aptos" w:hAnsi="Aptos"/>
              </w:rPr>
              <w:t xml:space="preserve"> </w:t>
            </w:r>
          </w:p>
          <w:p w:rsidR="006D245C" w:rsidP="00E508DE" w:rsidRDefault="00E508DE" w14:paraId="14FEC3CD" w14:textId="0FD5D6ED">
            <w:pPr>
              <w:pStyle w:val="ListParagraph"/>
              <w:numPr>
                <w:ilvl w:val="0"/>
                <w:numId w:val="12"/>
              </w:numPr>
              <w:rPr>
                <w:rFonts w:ascii="Aptos" w:hAnsi="Aptos"/>
              </w:rPr>
            </w:pPr>
            <w:r w:rsidRPr="00E508DE">
              <w:rPr>
                <w:rFonts w:ascii="Aptos" w:hAnsi="Aptos"/>
              </w:rPr>
              <w:t>Gillian F. Black, Alun Davies, Dalia Iskander &amp; Mary Chambers. (2018). Reflections on the ethics of participatory visual methods to engage communities in global health research, Global Bioethics, 29:1, 22-38, DOI: 10.1080/11287462.2017.1415722</w:t>
            </w:r>
            <w:r>
              <w:rPr>
                <w:rFonts w:ascii="Aptos" w:hAnsi="Aptos"/>
              </w:rPr>
              <w:t xml:space="preserve">. Link: </w:t>
            </w:r>
            <w:hyperlink w:history="1" r:id="rId12">
              <w:r w:rsidRPr="001D63A1">
                <w:rPr>
                  <w:rStyle w:val="Hyperlink"/>
                  <w:rFonts w:ascii="Aptos" w:hAnsi="Aptos"/>
                </w:rPr>
                <w:t>https://www.livelihoods.org.za/beta/wp-content/uploads/2024/04/Reflections-on-the-ethics-of-participatory-visual-methods-to-engage-communities-in-global-health-research.pdf</w:t>
              </w:r>
            </w:hyperlink>
            <w:r>
              <w:rPr>
                <w:rFonts w:ascii="Aptos" w:hAnsi="Aptos"/>
              </w:rPr>
              <w:t xml:space="preserve"> </w:t>
            </w:r>
          </w:p>
          <w:p w:rsidR="0053681A" w:rsidP="006C04B5" w:rsidRDefault="0053681A" w14:paraId="43621ABF" w14:textId="77777777">
            <w:pPr>
              <w:rPr>
                <w:rFonts w:ascii="Aptos" w:hAnsi="Aptos"/>
              </w:rPr>
            </w:pPr>
          </w:p>
          <w:p w:rsidRPr="006C04B5" w:rsidR="00B26BDE" w:rsidP="00792FD1" w:rsidRDefault="00B26BDE" w14:paraId="59DFD544" w14:textId="4E97B704">
            <w:pPr>
              <w:rPr>
                <w:rFonts w:ascii="Aptos" w:hAnsi="Aptos"/>
              </w:rPr>
            </w:pPr>
          </w:p>
        </w:tc>
      </w:tr>
    </w:tbl>
    <w:p w:rsidRPr="007D059B" w:rsidR="006D245C" w:rsidRDefault="006D245C" w14:paraId="16D1EE3F" w14:textId="77777777">
      <w:pPr>
        <w:rPr>
          <w:rFonts w:ascii="Aptos" w:hAnsi="Aptos"/>
        </w:rPr>
      </w:pPr>
    </w:p>
    <w:p w:rsidRPr="007D059B" w:rsidR="009F77CC" w:rsidP="004177BB" w:rsidRDefault="001F51C3" w14:paraId="2238BA5C" w14:textId="2D295E30">
      <w:pPr>
        <w:pStyle w:val="Heading2"/>
      </w:pPr>
      <w:r>
        <w:t>6.2</w:t>
      </w:r>
      <w:r w:rsidRPr="007D059B">
        <w:t>. Software or Special Requirements:</w:t>
      </w:r>
    </w:p>
    <w:p w:rsidR="009F77CC" w:rsidRDefault="006D245C" w14:paraId="75521962" w14:textId="1212085D">
      <w:pPr>
        <w:rPr>
          <w:rFonts w:ascii="Aptos" w:hAnsi="Aptos"/>
        </w:rPr>
      </w:pPr>
      <w:r>
        <w:rPr>
          <w:rFonts w:ascii="Aptos" w:hAnsi="Aptos"/>
        </w:rPr>
        <w:t xml:space="preserve">Please list any software that participates will require </w:t>
      </w:r>
      <w:r w:rsidRPr="007D059B">
        <w:rPr>
          <w:rFonts w:ascii="Aptos" w:hAnsi="Aptos"/>
        </w:rPr>
        <w:t xml:space="preserve">e.g., STATA, </w:t>
      </w:r>
      <w:proofErr w:type="spellStart"/>
      <w:r w:rsidRPr="007D059B">
        <w:rPr>
          <w:rFonts w:ascii="Aptos" w:hAnsi="Aptos"/>
        </w:rPr>
        <w:t>Atlas.ti</w:t>
      </w:r>
      <w:proofErr w:type="spellEnd"/>
      <w:r w:rsidRPr="007D059B">
        <w:rPr>
          <w:rFonts w:ascii="Aptos" w:hAnsi="Aptos"/>
        </w:rPr>
        <w:t>, Mendeley – and whether a free version is available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2473C6EF" w14:textId="77777777">
        <w:tc>
          <w:tcPr>
            <w:tcW w:w="8856" w:type="dxa"/>
          </w:tcPr>
          <w:p w:rsidR="006D245C" w:rsidRDefault="00E508DE" w14:paraId="65B9D02A" w14:textId="34EEB0D3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None</w:t>
            </w:r>
          </w:p>
        </w:tc>
      </w:tr>
    </w:tbl>
    <w:p w:rsidRPr="007D059B" w:rsidR="006D245C" w:rsidRDefault="006D245C" w14:paraId="57FD8CA5" w14:textId="77777777">
      <w:pPr>
        <w:rPr>
          <w:rFonts w:ascii="Aptos" w:hAnsi="Aptos"/>
        </w:rPr>
      </w:pPr>
    </w:p>
    <w:sectPr w:rsidRPr="007D059B" w:rsidR="006D245C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54851E6"/>
    <w:multiLevelType w:val="hybridMultilevel"/>
    <w:tmpl w:val="61BE211A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D7A4051"/>
    <w:multiLevelType w:val="hybridMultilevel"/>
    <w:tmpl w:val="26B41F3A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7B77458"/>
    <w:multiLevelType w:val="hybridMultilevel"/>
    <w:tmpl w:val="D5B4E7E8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9835AA4"/>
    <w:multiLevelType w:val="hybridMultilevel"/>
    <w:tmpl w:val="DFAC784E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DB91480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78533820">
    <w:abstractNumId w:val="8"/>
  </w:num>
  <w:num w:numId="2" w16cid:durableId="1110663891">
    <w:abstractNumId w:val="6"/>
  </w:num>
  <w:num w:numId="3" w16cid:durableId="402141310">
    <w:abstractNumId w:val="5"/>
  </w:num>
  <w:num w:numId="4" w16cid:durableId="1652907775">
    <w:abstractNumId w:val="4"/>
  </w:num>
  <w:num w:numId="5" w16cid:durableId="1371758276">
    <w:abstractNumId w:val="7"/>
  </w:num>
  <w:num w:numId="6" w16cid:durableId="2029915433">
    <w:abstractNumId w:val="3"/>
  </w:num>
  <w:num w:numId="7" w16cid:durableId="1642808927">
    <w:abstractNumId w:val="2"/>
  </w:num>
  <w:num w:numId="8" w16cid:durableId="741365329">
    <w:abstractNumId w:val="1"/>
  </w:num>
  <w:num w:numId="9" w16cid:durableId="658733346">
    <w:abstractNumId w:val="0"/>
  </w:num>
  <w:num w:numId="10" w16cid:durableId="190195130">
    <w:abstractNumId w:val="10"/>
  </w:num>
  <w:num w:numId="11" w16cid:durableId="737555706">
    <w:abstractNumId w:val="13"/>
  </w:num>
  <w:num w:numId="12" w16cid:durableId="1448238402">
    <w:abstractNumId w:val="9"/>
  </w:num>
  <w:num w:numId="13" w16cid:durableId="1593928714">
    <w:abstractNumId w:val="12"/>
  </w:num>
  <w:num w:numId="14" w16cid:durableId="12814532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00"/>
    <w:rsid w:val="00007393"/>
    <w:rsid w:val="00030E04"/>
    <w:rsid w:val="00034616"/>
    <w:rsid w:val="0006063C"/>
    <w:rsid w:val="00093D5A"/>
    <w:rsid w:val="000B23C8"/>
    <w:rsid w:val="000D21E5"/>
    <w:rsid w:val="00110FC2"/>
    <w:rsid w:val="0015074B"/>
    <w:rsid w:val="00154FCC"/>
    <w:rsid w:val="00161B60"/>
    <w:rsid w:val="001675E3"/>
    <w:rsid w:val="00167984"/>
    <w:rsid w:val="001C4F4B"/>
    <w:rsid w:val="001C58FF"/>
    <w:rsid w:val="001E6600"/>
    <w:rsid w:val="001F51C3"/>
    <w:rsid w:val="00243285"/>
    <w:rsid w:val="002478A8"/>
    <w:rsid w:val="0025422C"/>
    <w:rsid w:val="0026387F"/>
    <w:rsid w:val="002905AE"/>
    <w:rsid w:val="00294295"/>
    <w:rsid w:val="0029639D"/>
    <w:rsid w:val="002D24D0"/>
    <w:rsid w:val="002E0776"/>
    <w:rsid w:val="002E6766"/>
    <w:rsid w:val="00314EC3"/>
    <w:rsid w:val="00326F90"/>
    <w:rsid w:val="00384CBC"/>
    <w:rsid w:val="003D257A"/>
    <w:rsid w:val="003E7A19"/>
    <w:rsid w:val="003F538E"/>
    <w:rsid w:val="004120D7"/>
    <w:rsid w:val="004177BB"/>
    <w:rsid w:val="004607CA"/>
    <w:rsid w:val="00475CA1"/>
    <w:rsid w:val="004949CA"/>
    <w:rsid w:val="004C7D42"/>
    <w:rsid w:val="004D15B6"/>
    <w:rsid w:val="004D3516"/>
    <w:rsid w:val="004D52D1"/>
    <w:rsid w:val="004E12A8"/>
    <w:rsid w:val="004F0031"/>
    <w:rsid w:val="00504D7A"/>
    <w:rsid w:val="0052282A"/>
    <w:rsid w:val="0053681A"/>
    <w:rsid w:val="005471CF"/>
    <w:rsid w:val="005669C2"/>
    <w:rsid w:val="005A7616"/>
    <w:rsid w:val="005A7E66"/>
    <w:rsid w:val="005D4EC0"/>
    <w:rsid w:val="005E4033"/>
    <w:rsid w:val="0062424F"/>
    <w:rsid w:val="00672525"/>
    <w:rsid w:val="006C04B5"/>
    <w:rsid w:val="006C16C3"/>
    <w:rsid w:val="006D124A"/>
    <w:rsid w:val="006D245C"/>
    <w:rsid w:val="006D4C9F"/>
    <w:rsid w:val="006E240E"/>
    <w:rsid w:val="007120D2"/>
    <w:rsid w:val="0071469C"/>
    <w:rsid w:val="00775608"/>
    <w:rsid w:val="00792FD1"/>
    <w:rsid w:val="007B37F7"/>
    <w:rsid w:val="007B4777"/>
    <w:rsid w:val="007D059B"/>
    <w:rsid w:val="007D1C5A"/>
    <w:rsid w:val="007E2BD2"/>
    <w:rsid w:val="007F3D9E"/>
    <w:rsid w:val="007F4F74"/>
    <w:rsid w:val="008001AB"/>
    <w:rsid w:val="00803790"/>
    <w:rsid w:val="00815BAF"/>
    <w:rsid w:val="00817D52"/>
    <w:rsid w:val="008228A3"/>
    <w:rsid w:val="00833652"/>
    <w:rsid w:val="00844842"/>
    <w:rsid w:val="00854EDD"/>
    <w:rsid w:val="008834AD"/>
    <w:rsid w:val="008909B9"/>
    <w:rsid w:val="00892FD9"/>
    <w:rsid w:val="008C4046"/>
    <w:rsid w:val="008D7175"/>
    <w:rsid w:val="008E46B7"/>
    <w:rsid w:val="008F5098"/>
    <w:rsid w:val="00905E02"/>
    <w:rsid w:val="00924214"/>
    <w:rsid w:val="009271B1"/>
    <w:rsid w:val="00941B1A"/>
    <w:rsid w:val="009552FB"/>
    <w:rsid w:val="00957C91"/>
    <w:rsid w:val="00973073"/>
    <w:rsid w:val="009731C7"/>
    <w:rsid w:val="0099551C"/>
    <w:rsid w:val="009C7373"/>
    <w:rsid w:val="009D117D"/>
    <w:rsid w:val="009F6F6D"/>
    <w:rsid w:val="009F7614"/>
    <w:rsid w:val="009F77CC"/>
    <w:rsid w:val="00A35ECD"/>
    <w:rsid w:val="00A4080F"/>
    <w:rsid w:val="00A61BA6"/>
    <w:rsid w:val="00A92D9A"/>
    <w:rsid w:val="00AA1D8D"/>
    <w:rsid w:val="00AB76F3"/>
    <w:rsid w:val="00AC2EF3"/>
    <w:rsid w:val="00AF6C04"/>
    <w:rsid w:val="00B11142"/>
    <w:rsid w:val="00B211AB"/>
    <w:rsid w:val="00B260AE"/>
    <w:rsid w:val="00B26BDE"/>
    <w:rsid w:val="00B42F99"/>
    <w:rsid w:val="00B47730"/>
    <w:rsid w:val="00B81F8A"/>
    <w:rsid w:val="00BE14C3"/>
    <w:rsid w:val="00C52329"/>
    <w:rsid w:val="00CA6020"/>
    <w:rsid w:val="00CB0664"/>
    <w:rsid w:val="00CB30D5"/>
    <w:rsid w:val="00CD789B"/>
    <w:rsid w:val="00CF31C5"/>
    <w:rsid w:val="00D46F79"/>
    <w:rsid w:val="00D51B4F"/>
    <w:rsid w:val="00D620EF"/>
    <w:rsid w:val="00D62B8E"/>
    <w:rsid w:val="00D93D09"/>
    <w:rsid w:val="00DC04CF"/>
    <w:rsid w:val="00DD0CBF"/>
    <w:rsid w:val="00DD3D19"/>
    <w:rsid w:val="00DD6FA1"/>
    <w:rsid w:val="00DF4D47"/>
    <w:rsid w:val="00E0125A"/>
    <w:rsid w:val="00E508DE"/>
    <w:rsid w:val="00E9646C"/>
    <w:rsid w:val="00EF6EB2"/>
    <w:rsid w:val="00F266DE"/>
    <w:rsid w:val="00F32293"/>
    <w:rsid w:val="00F60CC8"/>
    <w:rsid w:val="00F67C1E"/>
    <w:rsid w:val="00F736A5"/>
    <w:rsid w:val="00F766E3"/>
    <w:rsid w:val="00F81363"/>
    <w:rsid w:val="00F836E7"/>
    <w:rsid w:val="00FA50E2"/>
    <w:rsid w:val="00FB1A4B"/>
    <w:rsid w:val="00FC693F"/>
    <w:rsid w:val="00FD6A19"/>
    <w:rsid w:val="0366EFA4"/>
    <w:rsid w:val="03D901F3"/>
    <w:rsid w:val="04F5FD99"/>
    <w:rsid w:val="0EDB6C8E"/>
    <w:rsid w:val="0F0A51FE"/>
    <w:rsid w:val="10D701D3"/>
    <w:rsid w:val="1218424B"/>
    <w:rsid w:val="12740F67"/>
    <w:rsid w:val="139ABC6E"/>
    <w:rsid w:val="153D4AED"/>
    <w:rsid w:val="1614A57B"/>
    <w:rsid w:val="17875AB8"/>
    <w:rsid w:val="1893CFCB"/>
    <w:rsid w:val="1975DCBE"/>
    <w:rsid w:val="1C09C319"/>
    <w:rsid w:val="1F5582A0"/>
    <w:rsid w:val="1FE44611"/>
    <w:rsid w:val="23DE5DE6"/>
    <w:rsid w:val="2B6354B3"/>
    <w:rsid w:val="2B70086C"/>
    <w:rsid w:val="2BCF5822"/>
    <w:rsid w:val="2CFD0715"/>
    <w:rsid w:val="3020E7B2"/>
    <w:rsid w:val="35689D00"/>
    <w:rsid w:val="36005A71"/>
    <w:rsid w:val="3A9953FF"/>
    <w:rsid w:val="3EC3256A"/>
    <w:rsid w:val="3F46F70B"/>
    <w:rsid w:val="3F785B77"/>
    <w:rsid w:val="426CB1FF"/>
    <w:rsid w:val="4BAAF83C"/>
    <w:rsid w:val="4CD3D0FA"/>
    <w:rsid w:val="51BF5F08"/>
    <w:rsid w:val="560FD140"/>
    <w:rsid w:val="56321B8C"/>
    <w:rsid w:val="57E5A19E"/>
    <w:rsid w:val="5828C7D5"/>
    <w:rsid w:val="5B3F8469"/>
    <w:rsid w:val="5BF8FD46"/>
    <w:rsid w:val="5BFE0E89"/>
    <w:rsid w:val="63F7FD2E"/>
    <w:rsid w:val="64B26217"/>
    <w:rsid w:val="6E3AC932"/>
    <w:rsid w:val="70D8037E"/>
    <w:rsid w:val="77C09E17"/>
    <w:rsid w:val="7B0C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96F4DA"/>
  <w14:defaultImageDpi w14:val="330"/>
  <w15:docId w15:val="{0AADD65F-FC42-492F-8C67-BEFA710F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DF4D47"/>
    <w:pPr>
      <w:keepNext/>
      <w:keepLines/>
      <w:spacing w:before="120" w:after="0"/>
      <w:outlineLvl w:val="0"/>
    </w:pPr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7BB"/>
    <w:pPr>
      <w:keepNext/>
      <w:keepLines/>
      <w:spacing w:before="200" w:after="0"/>
      <w:outlineLvl w:val="1"/>
    </w:pPr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DF4D47"/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4177BB"/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D0C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0CB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9C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669C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669C2"/>
    <w:rPr>
      <w:sz w:val="16"/>
      <w:szCs w:val="16"/>
    </w:rPr>
  </w:style>
  <w:style w:type="paragraph" w:styleId="Revision">
    <w:name w:val="Revision"/>
    <w:hidden/>
    <w:uiPriority w:val="99"/>
    <w:semiHidden/>
    <w:rsid w:val="00B42F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hsrc.ac.za/about-cestii/policy-related-indicator-development/" TargetMode="Externa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hyperlink" Target="https://www.livelihoods.org.za/beta/wp-content/uploads/2024/04/Reflections-on-the-ethics-of-participatory-visual-methods-to-engage-communities-in-global-health-research.pdf" TargetMode="Externa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hyperlink" Target="https://www.menti.com/alevgnz3g7ec" TargetMode="External" Id="rId6" /><Relationship Type="http://schemas.openxmlformats.org/officeDocument/2006/relationships/hyperlink" Target="https://www.livelihoods.org.za/beta/wp-content/uploads/2024/04/The-Practice-and-Ethics-of-Participatory-Visual-Methods-for-Community-Engagement-in-Public-Health-and-Health-Science.pdf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file:///C:/Users/ipetersen/Downloads/WhatWeLiveWithEveryDayIsNotRightFINALREPORT.pdf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informalbizinnovationhub.hsrc.ac.za/" TargetMode="External" Id="rId9" /><Relationship Type="http://schemas.openxmlformats.org/officeDocument/2006/relationships/theme" Target="theme/theme1.xml" Id="rId14" /><Relationship Type="http://schemas.openxmlformats.org/officeDocument/2006/relationships/hyperlink" Target="mailto:ipetersen@hsrc.ac.za" TargetMode="External" Id="R43d010dac9db427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Il-haam I. Petersen</lastModifiedBy>
  <revision>40</revision>
  <dcterms:created xsi:type="dcterms:W3CDTF">2026-07-08T19:11:00.0000000Z</dcterms:created>
  <dcterms:modified xsi:type="dcterms:W3CDTF">2026-07-23T14:33:01.2095298Z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381e0ec1-f6f0-4b2e-978f-093406350d6c</vt:lpwstr>
  </property>
</Properties>
</file>