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124A" w:rsidP="006D245C" w:rsidRDefault="007D059B" w14:paraId="20A756EA" w14:textId="49912AAC">
      <w:pPr>
        <w:pStyle w:val="Title"/>
        <w:jc w:val="center"/>
        <w:rPr>
          <w:rFonts w:ascii="Aptos" w:hAnsi="Aptos"/>
          <w:b w:val="1"/>
          <w:bCs w:val="1"/>
          <w:sz w:val="28"/>
          <w:szCs w:val="28"/>
        </w:rPr>
      </w:pPr>
      <w:r w:rsidRPr="5638873D" w:rsidR="456DFDEE">
        <w:rPr>
          <w:rFonts w:ascii="Aptos" w:hAnsi="Aptos"/>
          <w:b w:val="1"/>
          <w:bCs w:val="1"/>
          <w:sz w:val="28"/>
          <w:szCs w:val="28"/>
        </w:rPr>
        <w:t>7</w:t>
      </w:r>
      <w:r w:rsidRPr="5638873D" w:rsidR="007D059B">
        <w:rPr>
          <w:rFonts w:ascii="Aptos" w:hAnsi="Aptos"/>
          <w:b w:val="1"/>
          <w:bCs w:val="1"/>
          <w:sz w:val="28"/>
          <w:szCs w:val="28"/>
          <w:vertAlign w:val="superscript"/>
        </w:rPr>
        <w:t>th</w:t>
      </w:r>
      <w:r w:rsidRPr="5638873D" w:rsidR="007D059B">
        <w:rPr>
          <w:rFonts w:ascii="Aptos" w:hAnsi="Aptos"/>
          <w:b w:val="1"/>
          <w:bCs w:val="1"/>
          <w:sz w:val="28"/>
          <w:szCs w:val="28"/>
        </w:rPr>
        <w:t xml:space="preserve"> African Research Scholar Academy </w:t>
      </w:r>
    </w:p>
    <w:p w:rsidRPr="006D124A" w:rsidR="009F77CC" w:rsidP="006D245C" w:rsidRDefault="007D059B" w14:paraId="38C23BDD" w14:textId="54822A8D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6D124A">
        <w:rPr>
          <w:rFonts w:ascii="Aptos" w:hAnsi="Aptos"/>
          <w:b/>
          <w:bCs/>
          <w:sz w:val="28"/>
          <w:szCs w:val="28"/>
        </w:rPr>
        <w:t>Presenter Session Plan Form</w:t>
      </w:r>
    </w:p>
    <w:p w:rsidRPr="007D059B" w:rsidR="009F77CC" w:rsidRDefault="002F5FDB" w14:paraId="0E7F7165" w14:textId="77777777">
      <w:pPr>
        <w:rPr>
          <w:rFonts w:ascii="Aptos" w:hAnsi="Aptos"/>
        </w:rPr>
      </w:pPr>
      <w:r w:rsidRPr="007D059B"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</w:p>
    <w:p w:rsidRPr="00DF4D47" w:rsidR="009F77CC" w:rsidP="00DF4D47" w:rsidRDefault="002F5FDB" w14:paraId="4A2DD694" w14:textId="77777777">
      <w:pPr>
        <w:pStyle w:val="Heading1"/>
      </w:pPr>
      <w:r w:rsidRPr="00DF4D47">
        <w:t>1. 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D059B" w:rsidTr="5638873D" w14:paraId="5CF1060F" w14:textId="77777777">
        <w:tc>
          <w:tcPr>
            <w:tcW w:w="8856" w:type="dxa"/>
            <w:tcMar/>
          </w:tcPr>
          <w:p w:rsidR="007D059B" w:rsidP="007D059B" w:rsidRDefault="00270B6E" w14:paraId="4F1E6AB8" w14:textId="727D9DA8">
            <w:r w:rsidR="1CCE5651">
              <w:rPr/>
              <w:t>Dr Joleen Steyn Kotze</w:t>
            </w:r>
            <w:bookmarkStart w:name="_Hlk202878364" w:id="0"/>
          </w:p>
        </w:tc>
      </w:tr>
    </w:tbl>
    <w:bookmarkEnd w:id="0"/>
    <w:p w:rsidR="009F77CC" w:rsidP="00DF4D47" w:rsidRDefault="002F5FDB" w14:paraId="6A722B00" w14:textId="77777777">
      <w:pPr>
        <w:pStyle w:val="Heading1"/>
      </w:pPr>
      <w:r w:rsidRPr="007D059B">
        <w:t xml:space="preserve">2. </w:t>
      </w:r>
      <w:r w:rsidRPr="006D245C">
        <w:t>Session</w:t>
      </w:r>
      <w:r w:rsidRPr="007D059B">
        <w:t xml:space="preserve">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5638873D" w14:paraId="25D1F8CF" w14:textId="77777777">
        <w:tc>
          <w:tcPr>
            <w:tcW w:w="8856" w:type="dxa"/>
            <w:tcMar/>
          </w:tcPr>
          <w:p w:rsidR="006D245C" w:rsidP="00A454B0" w:rsidRDefault="00270B6E" w14:paraId="53EF7E6D" w14:textId="34B5FBA3">
            <w:r w:rsidR="18343FFB">
              <w:rPr/>
              <w:t>Developing your Scholarly Voice</w:t>
            </w:r>
          </w:p>
        </w:tc>
      </w:tr>
    </w:tbl>
    <w:p w:rsidRPr="007D059B" w:rsidR="009F77CC" w:rsidP="00DF4D47" w:rsidRDefault="002F5FDB" w14:paraId="4F83BBD0" w14:textId="77777777">
      <w:pPr>
        <w:pStyle w:val="Heading1"/>
      </w:pPr>
      <w:r w:rsidRPr="007D059B">
        <w:t>3. 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5638873D" w14:paraId="4FC0D03D" w14:textId="77777777">
        <w:tc>
          <w:tcPr>
            <w:tcW w:w="8856" w:type="dxa"/>
            <w:tcMar/>
          </w:tcPr>
          <w:p w:rsidR="006D245C" w:rsidP="00A454B0" w:rsidRDefault="00270B6E" w14:paraId="0D960815" w14:textId="222C4A1D">
            <w:bookmarkStart w:name="_Hlk202878399" w:id="1"/>
            <w:r w:rsidR="56493B66">
              <w:rPr/>
              <w:t>29 July</w:t>
            </w:r>
            <w:r w:rsidR="00270B6E">
              <w:rPr/>
              <w:t xml:space="preserve"> 202</w:t>
            </w:r>
            <w:r w:rsidR="4B8AC2DD">
              <w:rPr/>
              <w:t>6. 09:00 – 10:30</w:t>
            </w:r>
            <w:r w:rsidR="2E8C0CA5">
              <w:rPr/>
              <w:t xml:space="preserve"> (Track C – Advanced)</w:t>
            </w:r>
          </w:p>
        </w:tc>
      </w:tr>
      <w:bookmarkEnd w:id="1"/>
    </w:tbl>
    <w:p w:rsidR="001F51C3" w:rsidP="001F51C3" w:rsidRDefault="001F51C3" w14:paraId="07D8A3B6" w14:textId="77777777"/>
    <w:p w:rsidRPr="007D059B" w:rsidR="009F77CC" w:rsidP="00DF4D47" w:rsidRDefault="006D245C" w14:paraId="369A0D7F" w14:textId="78058BFF">
      <w:pPr>
        <w:pStyle w:val="Heading1"/>
      </w:pPr>
      <w:r>
        <w:t xml:space="preserve">4. </w:t>
      </w:r>
      <w:r w:rsidRPr="007D059B">
        <w:t>Content Overview</w:t>
      </w:r>
    </w:p>
    <w:p w:rsidRPr="004177BB" w:rsidR="009F77CC" w:rsidP="004177BB" w:rsidRDefault="002F5FDB" w14:paraId="4F0499DA" w14:textId="270F1DA6">
      <w:pPr>
        <w:pStyle w:val="Heading2"/>
      </w:pPr>
      <w:r w:rsidRPr="004177BB">
        <w:t>4</w:t>
      </w:r>
      <w:r w:rsidRPr="004177BB" w:rsidR="006D245C">
        <w:t>.1</w:t>
      </w:r>
      <w:r w:rsidRPr="004177BB">
        <w:t>. Learning Objectives (3 bullet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2A24980F" w14:paraId="1C0BDB4F" w14:textId="77777777">
        <w:tc>
          <w:tcPr>
            <w:tcW w:w="8856" w:type="dxa"/>
            <w:tcMar/>
          </w:tcPr>
          <w:p w:rsidR="005438B4" w:rsidP="2A24980F" w:rsidRDefault="005438B4" w14:paraId="52AA76C6" w14:textId="121F42D4">
            <w:pPr>
              <w:pStyle w:val="ListParagraph"/>
              <w:numPr>
                <w:ilvl w:val="0"/>
                <w:numId w:val="12"/>
              </w:numPr>
              <w:spacing w:before="240" w:beforeAutospacing="off" w:after="240" w:afterAutospacing="off"/>
              <w:rPr>
                <w:rFonts w:ascii="Cambria" w:hAnsi="Cambria" w:eastAsia="Cambria" w:cs="Cambria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A24980F" w:rsidR="2A24980F">
              <w:rPr>
                <w:rFonts w:ascii="Cambria" w:hAnsi="Cambria" w:eastAsia="Cambria" w:cs="Cambria"/>
                <w:b w:val="1"/>
                <w:bCs w:val="1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Developing your scholarly writing identity and goals: </w:t>
            </w:r>
            <w:r w:rsidRPr="2A24980F" w:rsidR="2A24980F">
              <w:rPr>
                <w:rFonts w:ascii="Cambria" w:hAnsi="Cambria" w:eastAsia="Cambria" w:cs="Cambria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Explore and i</w:t>
            </w:r>
            <w:r w:rsidRPr="2A24980F" w:rsidR="2A24980F">
              <w:rPr>
                <w:rFonts w:ascii="Cambria" w:hAnsi="Cambria" w:eastAsia="Cambria" w:cs="Cambria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dentify </w:t>
            </w:r>
            <w:r w:rsidRPr="2A24980F" w:rsidR="2A24980F">
              <w:rPr>
                <w:rFonts w:ascii="Cambria" w:hAnsi="Cambria" w:eastAsia="Cambria" w:cs="Cambria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who you are as a scholarly writer, and use that identity to guide meaningful, career-aligned writing goals.</w:t>
            </w:r>
          </w:p>
          <w:p w:rsidR="005438B4" w:rsidP="2A24980F" w:rsidRDefault="005438B4" w14:paraId="3153D09D" w14:textId="7D8D9EC9">
            <w:pPr>
              <w:pStyle w:val="ListParagraph"/>
              <w:numPr>
                <w:ilvl w:val="0"/>
                <w:numId w:val="12"/>
              </w:numPr>
              <w:spacing w:before="240" w:beforeAutospacing="off" w:after="240" w:afterAutospacing="off"/>
              <w:rPr>
                <w:rFonts w:ascii="Cambria" w:hAnsi="Cambria" w:eastAsia="Cambria" w:cs="Cambria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A24980F" w:rsidR="2A24980F">
              <w:rPr>
                <w:rFonts w:ascii="Cambria" w:hAnsi="Cambria" w:eastAsia="Cambria" w:cs="Cambria"/>
                <w:b w:val="1"/>
                <w:bCs w:val="1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Building sustainable writing habits and routines:</w:t>
            </w:r>
            <w:r w:rsidRPr="2A24980F" w:rsidR="2A24980F">
              <w:rPr>
                <w:rFonts w:ascii="Cambria" w:hAnsi="Cambria" w:eastAsia="Cambria" w:cs="Cambria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Establish the daily/routine-level practices and habits needed to consistently meet your writing commitments over the long term (annually and beyond).</w:t>
            </w:r>
          </w:p>
          <w:p w:rsidR="005438B4" w:rsidP="2A24980F" w:rsidRDefault="005438B4" w14:paraId="73B1A17A" w14:textId="02A582A3">
            <w:pPr>
              <w:pStyle w:val="ListParagraph"/>
              <w:numPr>
                <w:ilvl w:val="0"/>
                <w:numId w:val="12"/>
              </w:numPr>
              <w:spacing w:before="240" w:beforeAutospacing="off" w:after="240" w:afterAutospacing="off"/>
              <w:rPr>
                <w:rFonts w:ascii="Cambria" w:hAnsi="Cambria" w:eastAsia="Cambria" w:cs="Cambria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A24980F" w:rsidR="2A24980F">
              <w:rPr>
                <w:rFonts w:ascii="Cambria" w:hAnsi="Cambria" w:eastAsia="Cambria" w:cs="Cambria"/>
                <w:b w:val="1"/>
                <w:bCs w:val="1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Leveraging collaboration and feedback for growth: </w:t>
            </w:r>
            <w:r w:rsidRPr="2A24980F" w:rsidR="2A24980F">
              <w:rPr>
                <w:rFonts w:ascii="Cambria" w:hAnsi="Cambria" w:eastAsia="Cambria" w:cs="Cambria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Engage with peer feedback and collaborative opportunities as a tool to strengthen your writing and development as a scholar.</w:t>
            </w:r>
          </w:p>
          <w:p w:rsidR="005438B4" w:rsidP="5638873D" w:rsidRDefault="005438B4" w14:paraId="48706CD4" w14:textId="42C9CAB6">
            <w:pPr>
              <w:pStyle w:val="Normal"/>
            </w:pPr>
          </w:p>
        </w:tc>
      </w:tr>
    </w:tbl>
    <w:p w:rsidRPr="006D245C" w:rsidR="006D245C" w:rsidP="006D245C" w:rsidRDefault="006D245C" w14:paraId="64979932" w14:textId="77777777"/>
    <w:p w:rsidRPr="007D059B" w:rsidR="009F77CC" w:rsidP="004177BB" w:rsidRDefault="006D245C" w14:paraId="664A8C01" w14:textId="64222505">
      <w:pPr>
        <w:pStyle w:val="Heading2"/>
      </w:pPr>
      <w:r>
        <w:t>4.2</w:t>
      </w:r>
      <w:r w:rsidRPr="007D059B">
        <w:t>. Tentative Structure / Flow of the Session:</w:t>
      </w:r>
    </w:p>
    <w:p w:rsidR="009F77CC" w:rsidRDefault="002F5FDB" w14:paraId="54E9EEA2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2A24980F" w14:paraId="18C3DB97" w14:textId="77777777">
        <w:tc>
          <w:tcPr>
            <w:tcW w:w="8856" w:type="dxa"/>
            <w:tcMar/>
          </w:tcPr>
          <w:p w:rsidR="005438B4" w:rsidP="2A24980F" w:rsidRDefault="005438B4" w14:paraId="26FCD9A6" w14:textId="0547C3A9">
            <w:pPr>
              <w:spacing w:before="0" w:beforeAutospacing="off" w:after="160" w:afterAutospacing="off" w:line="235" w:lineRule="auto"/>
            </w:pPr>
            <w:r w:rsidRPr="2A24980F" w:rsidR="2A24980F">
              <w:rPr>
                <w:rFonts w:ascii="Calibri" w:hAnsi="Calibri" w:eastAsia="Calibri" w:cs="Calibri"/>
                <w:b w:val="1"/>
                <w:bCs w:val="1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>Session 1: Setting expectations:  Write-to-Right (10 Min)</w:t>
            </w:r>
          </w:p>
          <w:p w:rsidR="005438B4" w:rsidP="2A24980F" w:rsidRDefault="005438B4" w14:paraId="2BD7673D" w14:textId="5344666E">
            <w:pPr>
              <w:spacing w:before="0" w:beforeAutospacing="off" w:after="160" w:afterAutospacing="off" w:line="235" w:lineRule="auto"/>
            </w:pPr>
            <w:r w:rsidRPr="2A24980F" w:rsidR="2A24980F">
              <w:rPr>
                <w:rFonts w:ascii="Calibri" w:hAnsi="Calibri" w:eastAsia="Calibri" w:cs="Calibri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 xml:space="preserve">This session is geared towards creating a mutually agreed upon exploration of goal-setting and exploring what you as a writer want to achieve through this session.  We will go through some expectation setting exercises a facilitated discussion on what is present and “missing” in supporting you as a writers in your own right.  </w:t>
            </w:r>
          </w:p>
          <w:p w:rsidR="005438B4" w:rsidP="2A24980F" w:rsidRDefault="005438B4" w14:paraId="48FAFCFA" w14:textId="221AD825">
            <w:pPr>
              <w:pStyle w:val="Normal"/>
              <w:spacing w:before="0" w:beforeAutospacing="off" w:after="160" w:afterAutospacing="off" w:line="235" w:lineRule="auto"/>
            </w:pPr>
            <w:r w:rsidRPr="2A24980F" w:rsidR="2A24980F">
              <w:rPr>
                <w:rFonts w:ascii="Calibri" w:hAnsi="Calibri" w:eastAsia="Calibri" w:cs="Calibri"/>
                <w:b w:val="1"/>
                <w:bCs w:val="1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>Session 2:  Goals, goals and more goals:  Getting the “write” balance</w:t>
            </w:r>
          </w:p>
          <w:p w:rsidR="005438B4" w:rsidP="2A24980F" w:rsidRDefault="005438B4" w14:paraId="52B7EABC" w14:textId="30BAE2D3">
            <w:pPr>
              <w:pStyle w:val="Normal"/>
              <w:spacing w:before="0" w:beforeAutospacing="off" w:after="160" w:afterAutospacing="off" w:line="235" w:lineRule="auto"/>
            </w:pPr>
            <w:r w:rsidRPr="2A24980F" w:rsidR="2A24980F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 xml:space="preserve">Short presentation </w:t>
            </w:r>
            <w:r w:rsidRPr="2A24980F" w:rsidR="2A24980F">
              <w:rPr>
                <w:rFonts w:ascii="Calibri" w:hAnsi="Calibri" w:eastAsia="Calibri" w:cs="Calibri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>on exploring goal-setting, with a specific focus on aligning writing goals with “bigger picture” goals with a focus on the “coaching goal setting toolkit”, determining values and personal strengths and weaknesses, and setting “big picture” writing goals that align with our values and who we are.</w:t>
            </w:r>
          </w:p>
          <w:p w:rsidR="005438B4" w:rsidP="2A24980F" w:rsidRDefault="005438B4" w14:paraId="5BA3CDB7" w14:textId="7AEE1E94">
            <w:pPr>
              <w:pStyle w:val="Normal"/>
              <w:spacing w:before="0" w:beforeAutospacing="off" w:after="160" w:afterAutospacing="off" w:line="235" w:lineRule="auto"/>
            </w:pPr>
            <w:r w:rsidRPr="2A24980F" w:rsidR="2A24980F">
              <w:rPr>
                <w:rFonts w:ascii="Calibri" w:hAnsi="Calibri" w:eastAsia="Calibri" w:cs="Calibri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>Worksheet – The why of your goal (20 min)</w:t>
            </w:r>
          </w:p>
          <w:p w:rsidR="005438B4" w:rsidP="2A24980F" w:rsidRDefault="005438B4" w14:paraId="667BECDF" w14:textId="4F3F74BE">
            <w:pPr>
              <w:pStyle w:val="Normal"/>
              <w:spacing w:before="0" w:beforeAutospacing="off" w:after="160" w:afterAutospacing="off" w:line="235" w:lineRule="auto"/>
            </w:pPr>
            <w:r w:rsidRPr="2A24980F" w:rsidR="2A24980F">
              <w:rPr>
                <w:rFonts w:ascii="Calibri" w:hAnsi="Calibri" w:eastAsia="Calibri" w:cs="Calibri"/>
                <w:b w:val="1"/>
                <w:bCs w:val="1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>Session 3: Who are you as a writer</w:t>
            </w:r>
          </w:p>
          <w:p w:rsidR="005438B4" w:rsidP="2A24980F" w:rsidRDefault="005438B4" w14:paraId="0D000A80" w14:textId="77E6EF57">
            <w:pPr>
              <w:pStyle w:val="Normal"/>
              <w:spacing w:before="0" w:beforeAutospacing="off" w:after="160" w:afterAutospacing="off" w:line="235" w:lineRule="auto"/>
            </w:pPr>
            <w:r w:rsidRPr="2A24980F" w:rsidR="2A24980F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>Short presentation (10 min)</w:t>
            </w:r>
          </w:p>
          <w:p w:rsidR="005438B4" w:rsidP="2A24980F" w:rsidRDefault="005438B4" w14:paraId="65BE5708" w14:textId="138BF3C1">
            <w:pPr>
              <w:pStyle w:val="Normal"/>
              <w:spacing w:before="0" w:beforeAutospacing="off" w:after="160" w:afterAutospacing="off" w:line="235" w:lineRule="auto"/>
            </w:pPr>
            <w:r w:rsidRPr="2A24980F" w:rsidR="2A24980F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>Self-reflection exercise – Communicate a concept (20 min)</w:t>
            </w:r>
          </w:p>
          <w:p w:rsidR="005438B4" w:rsidP="2A24980F" w:rsidRDefault="005438B4" w14:paraId="2F498303" w14:textId="2A8B32D4">
            <w:pPr>
              <w:pStyle w:val="Normal"/>
              <w:spacing w:before="0" w:beforeAutospacing="off" w:after="160" w:afterAutospacing="off" w:line="235" w:lineRule="auto"/>
            </w:pPr>
            <w:r w:rsidRPr="2A24980F" w:rsidR="2A24980F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>Feedback from self-reflection exercise (10 min)</w:t>
            </w:r>
          </w:p>
          <w:p w:rsidR="005438B4" w:rsidP="2A24980F" w:rsidRDefault="005438B4" w14:paraId="79519F5C" w14:textId="172F1BE4">
            <w:pPr>
              <w:pStyle w:val="Normal"/>
              <w:spacing w:before="0" w:beforeAutospacing="off" w:after="160" w:afterAutospacing="off" w:line="235" w:lineRule="auto"/>
            </w:pPr>
            <w:r w:rsidRPr="2A24980F" w:rsidR="2A24980F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>Explain home to aliens (15 min)</w:t>
            </w:r>
          </w:p>
          <w:p w:rsidR="005438B4" w:rsidP="2A24980F" w:rsidRDefault="005438B4" w14:paraId="12C2D8EA" w14:textId="25C886E0">
            <w:pPr>
              <w:pStyle w:val="Normal"/>
              <w:spacing w:before="0" w:beforeAutospacing="off" w:after="160" w:afterAutospacing="off" w:line="235" w:lineRule="auto"/>
            </w:pPr>
            <w:r w:rsidRPr="2A24980F" w:rsidR="2A24980F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 xml:space="preserve">Session 4: Wrap up </w:t>
            </w:r>
          </w:p>
          <w:p w:rsidR="005438B4" w:rsidP="2A24980F" w:rsidRDefault="005438B4" w14:paraId="679BFC1F" w14:textId="0712CFA2">
            <w:pPr>
              <w:pStyle w:val="Normal"/>
              <w:spacing w:before="0" w:beforeAutospacing="off" w:after="160" w:afterAutospacing="off" w:line="235" w:lineRule="auto"/>
            </w:pPr>
            <w:r w:rsidRPr="2A24980F" w:rsidR="2A24980F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ZA"/>
              </w:rPr>
              <w:t xml:space="preserve">What is your biggest take away from (Slido). </w:t>
            </w:r>
          </w:p>
          <w:p w:rsidR="005438B4" w:rsidRDefault="005438B4" w14:paraId="3B787F99" w14:textId="1323D1B4">
            <w:pPr>
              <w:rPr>
                <w:rFonts w:ascii="Aptos" w:hAnsi="Aptos"/>
              </w:rPr>
            </w:pPr>
          </w:p>
        </w:tc>
      </w:tr>
    </w:tbl>
    <w:p w:rsidR="001F51C3" w:rsidP="001F51C3" w:rsidRDefault="001F51C3" w14:paraId="4EE3FEFF" w14:textId="77777777"/>
    <w:p w:rsidRPr="007D059B" w:rsidR="009F77CC" w:rsidP="00DF4D47" w:rsidRDefault="006D245C" w14:paraId="4CF83A7F" w14:textId="307335CE">
      <w:pPr>
        <w:pStyle w:val="Heading1"/>
      </w:pPr>
      <w:r>
        <w:t xml:space="preserve">5. </w:t>
      </w:r>
      <w:r w:rsidRPr="007D059B">
        <w:t>Engagement and Interaction</w:t>
      </w:r>
    </w:p>
    <w:p w:rsidRPr="007D059B" w:rsidR="009F77CC" w:rsidP="004177BB" w:rsidRDefault="006D245C" w14:paraId="69E8F612" w14:textId="2D25321E">
      <w:pPr>
        <w:pStyle w:val="Heading2"/>
      </w:pPr>
      <w:r>
        <w:t>5.1</w:t>
      </w:r>
      <w:r w:rsidRPr="007D059B">
        <w:t xml:space="preserve"> Planned Interactive Element(s)</w:t>
      </w:r>
    </w:p>
    <w:p w:rsidRPr="007D059B" w:rsidR="009F77CC" w:rsidRDefault="006D245C" w14:paraId="29350BDF" w14:textId="44B9A0C1">
      <w:pPr>
        <w:rPr>
          <w:rFonts w:ascii="Aptos" w:hAnsi="Aptos"/>
        </w:rPr>
      </w:pPr>
      <w:r>
        <w:rPr>
          <w:rFonts w:ascii="Aptos" w:hAnsi="Aptos"/>
        </w:rPr>
        <w:t>T</w:t>
      </w:r>
      <w:r w:rsidRPr="007D059B">
        <w:rPr>
          <w:rFonts w:ascii="Aptos" w:hAnsi="Aptos"/>
        </w:rPr>
        <w:t>ick one or more or describe your own</w:t>
      </w:r>
      <w:r>
        <w:rPr>
          <w:rFonts w:ascii="Aptos" w:hAnsi="Aptos"/>
        </w:rPr>
        <w:t>, please reach out if you would like more information on interactive tools</w:t>
      </w:r>
    </w:p>
    <w:p w:rsidRPr="007D059B" w:rsidR="009F77CC" w:rsidP="006D245C" w:rsidRDefault="00000000" w14:paraId="73154319" w14:textId="1A2D1FC9">
      <w:pPr>
        <w:spacing w:after="0"/>
        <w:rPr>
          <w:rFonts w:ascii="Aptos" w:hAnsi="Aptos"/>
        </w:rPr>
      </w:pPr>
      <w:sdt>
        <w:sdtPr>
          <w:id w:val="-99325518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2A24980F" w:rsidR="2A24980F">
            <w:rPr>
              <w:rFonts w:ascii="MS Gothic" w:hAnsi="MS Gothic" w:eastAsia="MS Gothic" w:cs="MS Gothic"/>
            </w:rPr>
            <w:t>☒</w:t>
          </w:r>
        </w:sdtContent>
        <w:sdtEndPr>
          <w:rPr>
            <w:rFonts w:ascii="Aptos" w:hAnsi="Aptos"/>
          </w:rPr>
        </w:sdtEndPr>
      </w:sdt>
      <w:r w:rsidRPr="2A24980F" w:rsidR="2A24980F">
        <w:rPr>
          <w:rFonts w:ascii="Aptos" w:hAnsi="Aptos"/>
        </w:rPr>
        <w:t xml:space="preserve"> Poll or quiz</w:t>
      </w:r>
      <w:r w:rsidRPr="2A24980F" w:rsidR="2A24980F">
        <w:rPr>
          <w:rFonts w:ascii="Aptos" w:hAnsi="Aptos"/>
        </w:rPr>
        <w:t xml:space="preserve"> (</w:t>
      </w:r>
      <w:r w:rsidRPr="2A24980F" w:rsidR="2A24980F">
        <w:rPr>
          <w:rFonts w:ascii="Aptos" w:hAnsi="Aptos"/>
        </w:rPr>
        <w:t>menti</w:t>
      </w:r>
      <w:r w:rsidRPr="2A24980F" w:rsidR="2A24980F">
        <w:rPr>
          <w:rFonts w:ascii="Aptos" w:hAnsi="Aptos"/>
        </w:rPr>
        <w:t xml:space="preserve">, Kahoot, </w:t>
      </w:r>
      <w:r w:rsidRPr="2A24980F" w:rsidR="2A24980F">
        <w:rPr>
          <w:rFonts w:ascii="Aptos" w:hAnsi="Aptos"/>
        </w:rPr>
        <w:t>slido</w:t>
      </w:r>
      <w:r w:rsidRPr="2A24980F" w:rsidR="2A24980F">
        <w:rPr>
          <w:rFonts w:ascii="Aptos" w:hAnsi="Aptos"/>
        </w:rPr>
        <w:t xml:space="preserve">) </w:t>
      </w:r>
    </w:p>
    <w:p w:rsidRPr="007D059B" w:rsidR="009F77CC" w:rsidP="006D245C" w:rsidRDefault="00000000" w14:paraId="11BC152A" w14:textId="67BCA836">
      <w:pPr>
        <w:spacing w:after="0"/>
        <w:rPr>
          <w:rFonts w:ascii="Aptos" w:hAnsi="Aptos"/>
        </w:rPr>
      </w:pPr>
      <w:sdt>
        <w:sdtPr>
          <w:id w:val="1782830441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2A24980F" w:rsidR="2A24980F">
            <w:rPr>
              <w:rFonts w:ascii="MS Gothic" w:hAnsi="MS Gothic" w:eastAsia="MS Gothic" w:cs="MS Gothic"/>
            </w:rPr>
            <w:t>☒</w:t>
          </w:r>
        </w:sdtContent>
        <w:sdtEndPr>
          <w:rPr>
            <w:rFonts w:ascii="Aptos" w:hAnsi="Aptos"/>
          </w:rPr>
        </w:sdtEndPr>
      </w:sdt>
      <w:r w:rsidRPr="2A24980F" w:rsidR="2A24980F">
        <w:rPr>
          <w:rFonts w:ascii="Aptos" w:hAnsi="Aptos"/>
        </w:rPr>
        <w:t xml:space="preserve"> Group discussion in breakout rooms</w:t>
      </w:r>
    </w:p>
    <w:p w:rsidRPr="007D059B" w:rsidR="009F77CC" w:rsidP="006D245C" w:rsidRDefault="00000000" w14:paraId="7784A221" w14:textId="13A96266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209954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Hands-on demo (e.g., live coding, annotation)</w:t>
      </w:r>
    </w:p>
    <w:p w:rsidRPr="007D059B" w:rsidR="009F77CC" w:rsidP="006D245C" w:rsidRDefault="00000000" w14:paraId="38F50023" w14:textId="579931B3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</w:t>
      </w:r>
      <w:proofErr w:type="spellStart"/>
      <w:r w:rsidRPr="007D059B" w:rsidR="006D245C">
        <w:rPr>
          <w:rFonts w:ascii="Aptos" w:hAnsi="Aptos"/>
        </w:rPr>
        <w:t>Jamboard</w:t>
      </w:r>
      <w:proofErr w:type="spellEnd"/>
      <w:r w:rsidRPr="007D059B" w:rsidR="006D245C">
        <w:rPr>
          <w:rFonts w:ascii="Aptos" w:hAnsi="Aptos"/>
        </w:rPr>
        <w:t>, Padlet, or whiteboard exercise</w:t>
      </w:r>
    </w:p>
    <w:p w:rsidRPr="007D059B" w:rsidR="009F77CC" w:rsidP="006D245C" w:rsidRDefault="00000000" w14:paraId="2A130081" w14:textId="1AC9C876">
      <w:pPr>
        <w:spacing w:after="0"/>
        <w:rPr>
          <w:rFonts w:ascii="Aptos" w:hAnsi="Aptos"/>
        </w:rPr>
      </w:pPr>
      <w:sdt>
        <w:sdtPr>
          <w:id w:val="-123847421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5638873D" w:rsidR="32C55034">
            <w:rPr>
              <w:rFonts w:ascii="MS Gothic" w:hAnsi="MS Gothic" w:eastAsia="MS Gothic" w:cs="MS Gothic"/>
            </w:rPr>
            <w:t>☐</w:t>
          </w:r>
        </w:sdtContent>
        <w:sdtEndPr>
          <w:rPr>
            <w:rFonts w:ascii="Aptos" w:hAnsi="Aptos"/>
          </w:rPr>
        </w:sdtEndPr>
      </w:sdt>
      <w:r w:rsidRPr="5638873D" w:rsidR="006D245C">
        <w:rPr>
          <w:rFonts w:ascii="Aptos" w:hAnsi="Aptos"/>
        </w:rPr>
        <w:t xml:space="preserve"> Other: ________________________________________</w:t>
      </w:r>
    </w:p>
    <w:p w:rsidRPr="007D059B" w:rsidR="009F77CC" w:rsidP="004177BB" w:rsidRDefault="006D245C" w14:paraId="36071AC6" w14:textId="3E707D70">
      <w:pPr>
        <w:pStyle w:val="Heading2"/>
      </w:pPr>
      <w:r>
        <w:t>5.2</w:t>
      </w:r>
      <w:r w:rsidRPr="007D059B">
        <w:t>. How will you check if learning is taking place during the session?</w:t>
      </w:r>
    </w:p>
    <w:p w:rsidR="009F77CC" w:rsidRDefault="002F5FDB" w14:paraId="499AE376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2A24980F" w14:paraId="78A05D8B" w14:textId="77777777">
        <w:tc>
          <w:tcPr>
            <w:tcW w:w="8856" w:type="dxa"/>
            <w:tcMar/>
          </w:tcPr>
          <w:p w:rsidR="006D245C" w:rsidRDefault="00B06197" w14:paraId="18DD30A8" w14:textId="6522CC60">
            <w:pPr/>
            <w:r w:rsidRPr="2A24980F" w:rsidR="2A24980F">
              <w:rPr>
                <w:rFonts w:ascii="Aptos" w:hAnsi="Aptos"/>
              </w:rPr>
              <w:t>Short Reflection</w:t>
            </w:r>
          </w:p>
        </w:tc>
      </w:tr>
    </w:tbl>
    <w:p w:rsidRPr="007D059B" w:rsidR="006D245C" w:rsidRDefault="006D245C" w14:paraId="546F2896" w14:textId="77777777">
      <w:pPr>
        <w:rPr>
          <w:rFonts w:ascii="Aptos" w:hAnsi="Aptos"/>
        </w:rPr>
      </w:pPr>
    </w:p>
    <w:p w:rsidR="00B11142" w:rsidP="00DF4D47" w:rsidRDefault="002F5FDB" w14:paraId="308E212B" w14:textId="6A4F8A4F">
      <w:pPr>
        <w:pStyle w:val="Heading1"/>
      </w:pPr>
      <w:r w:rsidR="002F5FDB">
        <w:rPr/>
        <w:t xml:space="preserve"> </w:t>
      </w:r>
      <w:r w:rsidR="001F51C3">
        <w:rPr/>
        <w:t xml:space="preserve">6. </w:t>
      </w:r>
      <w:r w:rsidR="00B11142">
        <w:rPr/>
        <w:t xml:space="preserve">Incorporation of AI </w:t>
      </w:r>
    </w:p>
    <w:p w:rsidR="2CE2F770" w:rsidP="5043D9D4" w:rsidRDefault="2CE2F770" w14:paraId="771EF1FB" w14:textId="262C970D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043D9D4" w:rsidR="2CE2F770">
        <w:rPr>
          <w:rFonts w:ascii="Aptos" w:hAnsi="Aptos" w:eastAsia="Aptos" w:cs="Aptos"/>
          <w:noProof w:val="0"/>
          <w:sz w:val="24"/>
          <w:szCs w:val="24"/>
          <w:lang w:val="en-US"/>
        </w:rPr>
        <w:t>The Academy theme this year is "African Research Voices in the Age of Artificial Intelligence." Please indicate how you will incorporate a discussion of AI in your session. This may include a brief introduction, example, demonstration, or reflection of how AI tools are shaping research.</w:t>
      </w:r>
    </w:p>
    <w:p w:rsidR="2CE2F770" w:rsidP="5043D9D4" w:rsidRDefault="2CE2F770" w14:paraId="66EAA221" w14:textId="486772C5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043D9D4" w:rsidR="2CE2F7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2CE2F770" w:rsidP="5043D9D4" w:rsidRDefault="2CE2F770" w14:paraId="6541BB23" w14:textId="74FF3173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043D9D4" w:rsidR="2CE2F7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How do you plan to introduce, discuss, or </w:t>
      </w:r>
      <w:r w:rsidRPr="5043D9D4" w:rsidR="2CE2F770">
        <w:rPr>
          <w:rFonts w:ascii="Aptos" w:hAnsi="Aptos" w:eastAsia="Aptos" w:cs="Aptos"/>
          <w:noProof w:val="0"/>
          <w:sz w:val="24"/>
          <w:szCs w:val="24"/>
          <w:lang w:val="en-US"/>
        </w:rPr>
        <w:t>demonstrate</w:t>
      </w:r>
      <w:r w:rsidRPr="5043D9D4" w:rsidR="2CE2F7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AI tools in your session?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F31C5" w:rsidTr="2A24980F" w14:paraId="02900B91" w14:textId="77777777">
        <w:tc>
          <w:tcPr>
            <w:tcW w:w="8630" w:type="dxa"/>
            <w:tcMar/>
          </w:tcPr>
          <w:p w:rsidR="00CF31C5" w:rsidP="0099551C" w:rsidRDefault="00B06197" w14:paraId="039B942C" w14:textId="5E91A4F3">
            <w:pPr/>
            <w:r w:rsidRPr="2A24980F" w:rsidR="2A24980F">
              <w:rPr>
                <w:rFonts w:ascii="Aptos" w:hAnsi="Aptos"/>
              </w:rPr>
              <w:t xml:space="preserve">AI and authentic voice with an exercise on AI and finding academic voice where participants paste a piece of writing into an AI and ask it to reflect back their style, argument, and tone. </w:t>
            </w:r>
          </w:p>
        </w:tc>
      </w:tr>
    </w:tbl>
    <w:p w:rsidRPr="00F81363" w:rsidR="00CF31C5" w:rsidP="0099551C" w:rsidRDefault="00CF31C5" w14:paraId="0A02EE57" w14:textId="77777777">
      <w:pPr>
        <w:rPr>
          <w:rFonts w:ascii="Aptos" w:hAnsi="Aptos"/>
        </w:rPr>
      </w:pPr>
    </w:p>
    <w:p w:rsidRPr="007D059B" w:rsidR="009F77CC" w:rsidP="00DF4D47" w:rsidRDefault="002F5FDB" w14:paraId="4D5C137F" w14:textId="44CE11D0">
      <w:pPr>
        <w:pStyle w:val="Heading1"/>
      </w:pPr>
      <w:r w:rsidRPr="007D059B">
        <w:t>Additional Materials</w:t>
      </w:r>
    </w:p>
    <w:p w:rsidRPr="007D059B" w:rsidR="009F77CC" w:rsidP="004177BB" w:rsidRDefault="001F51C3" w14:paraId="6064DC88" w14:textId="677E8436">
      <w:pPr>
        <w:pStyle w:val="Heading2"/>
      </w:pPr>
      <w:r>
        <w:t>6.1</w:t>
      </w:r>
      <w:r w:rsidRPr="007D059B">
        <w:t xml:space="preserve"> Pre-reading or Additional Resources:</w:t>
      </w:r>
    </w:p>
    <w:p w:rsidR="009F77CC" w:rsidRDefault="002F5FDB" w14:paraId="186D45BE" w14:textId="2840EE4E">
      <w:pPr>
        <w:rPr>
          <w:rFonts w:ascii="Aptos" w:hAnsi="Aptos"/>
        </w:rPr>
      </w:pPr>
      <w:r w:rsidRPr="5638873D" w:rsidR="002F5FDB">
        <w:rPr>
          <w:rFonts w:ascii="Aptos" w:hAnsi="Aptos"/>
        </w:rPr>
        <w:t xml:space="preserve">Please list any articles, slides, videos, or tools participants should review before the session. </w:t>
      </w:r>
      <w:r w:rsidRPr="5638873D" w:rsidR="006D245C">
        <w:rPr>
          <w:rFonts w:ascii="Aptos" w:hAnsi="Aptos"/>
        </w:rPr>
        <w:t>Plea</w:t>
      </w:r>
      <w:r w:rsidRPr="5638873D" w:rsidR="004177BB">
        <w:rPr>
          <w:rFonts w:ascii="Aptos" w:hAnsi="Aptos"/>
        </w:rPr>
        <w:t>se</w:t>
      </w:r>
      <w:r w:rsidRPr="5638873D" w:rsidR="006D245C">
        <w:rPr>
          <w:rFonts w:ascii="Aptos" w:hAnsi="Aptos"/>
        </w:rPr>
        <w:t xml:space="preserve"> send these to us by 2</w:t>
      </w:r>
      <w:r w:rsidRPr="5638873D" w:rsidR="7EEE17F2">
        <w:rPr>
          <w:rFonts w:ascii="Aptos" w:hAnsi="Aptos"/>
        </w:rPr>
        <w:t>0</w:t>
      </w:r>
      <w:r w:rsidRPr="5638873D" w:rsidR="006D245C">
        <w:rPr>
          <w:rFonts w:ascii="Aptos" w:hAnsi="Aptos"/>
        </w:rPr>
        <w:t xml:space="preserve"> July 202</w:t>
      </w:r>
      <w:r w:rsidRPr="5638873D" w:rsidR="3EA5FE2F">
        <w:rPr>
          <w:rFonts w:ascii="Aptos" w:hAnsi="Aptos"/>
        </w:rPr>
        <w:t>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5638873D" w14:paraId="7B057C79" w14:textId="77777777">
        <w:tc>
          <w:tcPr>
            <w:tcW w:w="8856" w:type="dxa"/>
            <w:tcMar/>
          </w:tcPr>
          <w:p w:rsidR="006D245C" w:rsidRDefault="00B06197" w14:paraId="59DFD544" w14:textId="20E169DF">
            <w:pPr>
              <w:rPr>
                <w:rFonts w:ascii="Aptos" w:hAnsi="Aptos"/>
              </w:rPr>
            </w:pPr>
          </w:p>
        </w:tc>
      </w:tr>
    </w:tbl>
    <w:p w:rsidRPr="007D059B" w:rsidR="006D245C" w:rsidRDefault="006D245C" w14:paraId="16D1EE3F" w14:textId="77777777">
      <w:pPr>
        <w:rPr>
          <w:rFonts w:ascii="Aptos" w:hAnsi="Aptos"/>
        </w:rPr>
      </w:pPr>
    </w:p>
    <w:p w:rsidRPr="007D059B" w:rsidR="009F77CC" w:rsidP="004177BB" w:rsidRDefault="001F51C3" w14:paraId="2238BA5C" w14:textId="2D295E30">
      <w:pPr>
        <w:pStyle w:val="Heading2"/>
      </w:pPr>
      <w:r>
        <w:t>6.2</w:t>
      </w:r>
      <w:r w:rsidRPr="007D059B">
        <w:t>. Software or Special Requirements:</w:t>
      </w:r>
    </w:p>
    <w:p w:rsidR="009F77CC" w:rsidRDefault="006D245C" w14:paraId="75521962" w14:textId="1212085D">
      <w:pPr>
        <w:rPr>
          <w:rFonts w:ascii="Aptos" w:hAnsi="Aptos"/>
        </w:rPr>
      </w:pPr>
      <w:r>
        <w:rPr>
          <w:rFonts w:ascii="Aptos" w:hAnsi="Aptos"/>
        </w:rPr>
        <w:t xml:space="preserve">Please list any software that participates will require </w:t>
      </w:r>
      <w:r w:rsidRPr="007D059B">
        <w:rPr>
          <w:rFonts w:ascii="Aptos" w:hAnsi="Aptos"/>
        </w:rPr>
        <w:t>e.g., STATA, Atlas.ti, Mendeley – and whether a free version is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5638873D" w14:paraId="2473C6EF" w14:textId="77777777">
        <w:tc>
          <w:tcPr>
            <w:tcW w:w="8856" w:type="dxa"/>
            <w:tcMar/>
          </w:tcPr>
          <w:p w:rsidR="006D245C" w:rsidRDefault="00B06197" w14:paraId="65B9D02A" w14:textId="6B1A0771">
            <w:pPr>
              <w:rPr>
                <w:rFonts w:ascii="Aptos" w:hAnsi="Aptos"/>
              </w:rPr>
            </w:pPr>
          </w:p>
        </w:tc>
      </w:tr>
    </w:tbl>
    <w:p w:rsidRPr="007D059B" w:rsidR="006D245C" w:rsidRDefault="006D245C" w14:paraId="57FD8CA5" w14:textId="77777777">
      <w:pPr>
        <w:rPr>
          <w:rFonts w:ascii="Aptos" w:hAnsi="Aptos"/>
        </w:rPr>
      </w:pPr>
    </w:p>
    <w:sectPr w:rsidRPr="007D059B" w:rsidR="006D245C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67111b8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2233d1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D7A4051"/>
    <w:multiLevelType w:val="hybridMultilevel"/>
    <w:tmpl w:val="26B41F3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" w16cid:durableId="278533820">
    <w:abstractNumId w:val="8"/>
  </w:num>
  <w:num w:numId="2" w16cid:durableId="1110663891">
    <w:abstractNumId w:val="6"/>
  </w:num>
  <w:num w:numId="3" w16cid:durableId="402141310">
    <w:abstractNumId w:val="5"/>
  </w:num>
  <w:num w:numId="4" w16cid:durableId="1652907775">
    <w:abstractNumId w:val="4"/>
  </w:num>
  <w:num w:numId="5" w16cid:durableId="1371758276">
    <w:abstractNumId w:val="7"/>
  </w:num>
  <w:num w:numId="6" w16cid:durableId="2029915433">
    <w:abstractNumId w:val="3"/>
  </w:num>
  <w:num w:numId="7" w16cid:durableId="1642808927">
    <w:abstractNumId w:val="2"/>
  </w:num>
  <w:num w:numId="8" w16cid:durableId="741365329">
    <w:abstractNumId w:val="1"/>
  </w:num>
  <w:num w:numId="9" w16cid:durableId="658733346">
    <w:abstractNumId w:val="0"/>
  </w:num>
  <w:num w:numId="10" w16cid:durableId="190195130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07393"/>
    <w:rsid w:val="00034616"/>
    <w:rsid w:val="0006063C"/>
    <w:rsid w:val="0006185C"/>
    <w:rsid w:val="000D21E5"/>
    <w:rsid w:val="0015074B"/>
    <w:rsid w:val="001F51C3"/>
    <w:rsid w:val="0025422C"/>
    <w:rsid w:val="00270B6E"/>
    <w:rsid w:val="0029639D"/>
    <w:rsid w:val="002F5FDB"/>
    <w:rsid w:val="00326F90"/>
    <w:rsid w:val="004177BB"/>
    <w:rsid w:val="005438B4"/>
    <w:rsid w:val="006D124A"/>
    <w:rsid w:val="006D245C"/>
    <w:rsid w:val="007120D2"/>
    <w:rsid w:val="007D059B"/>
    <w:rsid w:val="008E46B7"/>
    <w:rsid w:val="00957C91"/>
    <w:rsid w:val="0099551C"/>
    <w:rsid w:val="009F77CC"/>
    <w:rsid w:val="00AA1D8D"/>
    <w:rsid w:val="00B06197"/>
    <w:rsid w:val="00B11142"/>
    <w:rsid w:val="00B47730"/>
    <w:rsid w:val="00BC2033"/>
    <w:rsid w:val="00CB0664"/>
    <w:rsid w:val="00CF31C5"/>
    <w:rsid w:val="00D93D09"/>
    <w:rsid w:val="00DF4D47"/>
    <w:rsid w:val="00F374C0"/>
    <w:rsid w:val="00F81363"/>
    <w:rsid w:val="00FC693F"/>
    <w:rsid w:val="18343FFB"/>
    <w:rsid w:val="1CCE5651"/>
    <w:rsid w:val="2A24980F"/>
    <w:rsid w:val="2C610BEB"/>
    <w:rsid w:val="2CE2F770"/>
    <w:rsid w:val="2E8C0CA5"/>
    <w:rsid w:val="30EA41FD"/>
    <w:rsid w:val="32C55034"/>
    <w:rsid w:val="3EA5FE2F"/>
    <w:rsid w:val="3EBC51B2"/>
    <w:rsid w:val="456DFDEE"/>
    <w:rsid w:val="4B8AC2DD"/>
    <w:rsid w:val="4E8A7835"/>
    <w:rsid w:val="5043D9D4"/>
    <w:rsid w:val="5638873D"/>
    <w:rsid w:val="56493B66"/>
    <w:rsid w:val="654C28F5"/>
    <w:rsid w:val="6EBFBFA5"/>
    <w:rsid w:val="7EEE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6F4DA"/>
  <w14:defaultImageDpi w14:val="330"/>
  <w15:docId w15:val="{0AADD65F-FC42-492F-8C67-BEFA710F46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DF4D47"/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4177BB"/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Il-haam I. Petersen</lastModifiedBy>
  <revision>5</revision>
  <dcterms:created xsi:type="dcterms:W3CDTF">2026-07-08T19:03:00.0000000Z</dcterms:created>
  <dcterms:modified xsi:type="dcterms:W3CDTF">2026-07-21T09:38:29.1458272Z</dcterms:modified>
  <category/>
</coreProperties>
</file>