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56EA" w14:textId="3E6FDA08" w:rsidR="006D124A" w:rsidRDefault="3088DFF8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7818E956">
        <w:rPr>
          <w:rFonts w:ascii="Aptos" w:hAnsi="Aptos"/>
          <w:b/>
          <w:bCs/>
          <w:sz w:val="28"/>
          <w:szCs w:val="28"/>
        </w:rPr>
        <w:t>7</w:t>
      </w:r>
      <w:r w:rsidR="007D059B" w:rsidRPr="7818E956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="007D059B" w:rsidRPr="7818E956"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14:paraId="38C23BDD" w14:textId="54822A8D" w:rsidR="009F77CC" w:rsidRPr="006D124A" w:rsidRDefault="007D059B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14:paraId="0E7F7165" w14:textId="77777777" w:rsidR="009F77CC" w:rsidRPr="007D059B" w:rsidRDefault="00634F3F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14:paraId="4A2DD694" w14:textId="77777777" w:rsidR="009F77CC" w:rsidRPr="00DF4D47" w:rsidRDefault="00634F3F" w:rsidP="00DF4D4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 w:rsidTr="7818E956">
        <w:tc>
          <w:tcPr>
            <w:tcW w:w="8856" w:type="dxa"/>
          </w:tcPr>
          <w:p w14:paraId="708ED05A" w14:textId="5F61FE2B" w:rsidR="007D059B" w:rsidRDefault="71946AE0" w:rsidP="007D059B">
            <w:bookmarkStart w:id="0" w:name="_Hlk202878364"/>
            <w:r>
              <w:t>Dr Vandudzai Mbanda</w:t>
            </w:r>
            <w:r w:rsidR="1884CE37">
              <w:t xml:space="preserve"> </w:t>
            </w:r>
          </w:p>
          <w:p w14:paraId="4ECCF8A0" w14:textId="1052A806" w:rsidR="007D059B" w:rsidRDefault="1884CE37" w:rsidP="007D059B">
            <w:r>
              <w:t>Dr Saahier Parker</w:t>
            </w:r>
            <w:r w:rsidR="71946AE0">
              <w:t xml:space="preserve">  </w:t>
            </w:r>
          </w:p>
          <w:p w14:paraId="4F1E6AB8" w14:textId="25CD47A3" w:rsidR="007D059B" w:rsidRDefault="71946AE0" w:rsidP="007D059B">
            <w:r>
              <w:t xml:space="preserve">Mr Zaakhir Asmal </w:t>
            </w:r>
            <w:r w:rsidR="003F1470">
              <w:t>(Chair)</w:t>
            </w:r>
          </w:p>
        </w:tc>
      </w:tr>
    </w:tbl>
    <w:bookmarkEnd w:id="0"/>
    <w:p w14:paraId="6A722B00" w14:textId="77777777" w:rsidR="009F77CC" w:rsidRDefault="00634F3F" w:rsidP="00DF4D4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5D1F8CF" w14:textId="77777777" w:rsidTr="7818E956">
        <w:tc>
          <w:tcPr>
            <w:tcW w:w="8856" w:type="dxa"/>
          </w:tcPr>
          <w:p w14:paraId="53EF7E6D" w14:textId="4149879A" w:rsidR="006D245C" w:rsidRDefault="71946AE0">
            <w:r>
              <w:t>Quantitative Research</w:t>
            </w:r>
            <w:r w:rsidR="32C2A219">
              <w:t xml:space="preserve"> Foundations</w:t>
            </w:r>
            <w:r>
              <w:t xml:space="preserve"> </w:t>
            </w:r>
          </w:p>
        </w:tc>
      </w:tr>
    </w:tbl>
    <w:p w14:paraId="4F83BBD0" w14:textId="77777777" w:rsidR="009F77CC" w:rsidRPr="007D059B" w:rsidRDefault="00634F3F" w:rsidP="00DF4D4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4FC0D03D" w14:textId="77777777" w:rsidTr="7818E956">
        <w:tc>
          <w:tcPr>
            <w:tcW w:w="8856" w:type="dxa"/>
          </w:tcPr>
          <w:p w14:paraId="0D960815" w14:textId="4EB0C748" w:rsidR="006D245C" w:rsidRDefault="71946AE0">
            <w:bookmarkStart w:id="1" w:name="_Hlk202878399"/>
            <w:r>
              <w:t>29 July</w:t>
            </w:r>
            <w:r w:rsidR="09D3747D">
              <w:t xml:space="preserve"> 2026. </w:t>
            </w:r>
            <w:r w:rsidR="062C22F6">
              <w:t>0</w:t>
            </w:r>
            <w:r w:rsidR="73317692">
              <w:t>9</w:t>
            </w:r>
            <w:r w:rsidR="2B26F2C9">
              <w:t>:00</w:t>
            </w:r>
            <w:r w:rsidR="73317692">
              <w:t>-1</w:t>
            </w:r>
            <w:r w:rsidR="07CE6604">
              <w:t>3:00</w:t>
            </w:r>
          </w:p>
        </w:tc>
      </w:tr>
      <w:bookmarkEnd w:id="1"/>
    </w:tbl>
    <w:p w14:paraId="07D8A3B6" w14:textId="77777777" w:rsidR="001F51C3" w:rsidRDefault="001F51C3" w:rsidP="001F51C3"/>
    <w:p w14:paraId="369A0D7F" w14:textId="78058BFF" w:rsidR="009F77CC" w:rsidRPr="007D059B" w:rsidRDefault="006D245C" w:rsidP="00DF4D47">
      <w:pPr>
        <w:pStyle w:val="Heading1"/>
      </w:pPr>
      <w:r>
        <w:t xml:space="preserve">4. </w:t>
      </w:r>
      <w:r w:rsidRPr="007D059B">
        <w:t>Content Overview</w:t>
      </w:r>
    </w:p>
    <w:p w14:paraId="4F0499DA" w14:textId="58B4CD96" w:rsidR="009F77CC" w:rsidRPr="004177BB" w:rsidRDefault="00634F3F" w:rsidP="004177BB">
      <w:pPr>
        <w:pStyle w:val="Heading2"/>
      </w:pPr>
      <w:r w:rsidRPr="004177BB">
        <w:t>4</w:t>
      </w:r>
      <w:r w:rsidR="006D245C" w:rsidRPr="004177BB">
        <w:t>.1</w:t>
      </w:r>
      <w:r w:rsidRPr="004177BB">
        <w:t xml:space="preserve">. Learning Objectives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C0BDB4F" w14:textId="77777777" w:rsidTr="148D8BF4">
        <w:tc>
          <w:tcPr>
            <w:tcW w:w="8856" w:type="dxa"/>
          </w:tcPr>
          <w:p w14:paraId="2D6DC824" w14:textId="2AF87DFB" w:rsidR="001D5A37" w:rsidRDefault="001D5A37" w:rsidP="001D5A3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t>Understand the core principles and logic of quantitative research</w:t>
            </w:r>
            <w:r w:rsidR="09308148">
              <w:t xml:space="preserve"> </w:t>
            </w:r>
          </w:p>
          <w:p w14:paraId="67A3E950" w14:textId="53D07A16" w:rsidR="001D5A37" w:rsidRDefault="001D5A37" w:rsidP="001D5A3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t>Recognise key variables</w:t>
            </w:r>
            <w:r w:rsidR="350D2E9D">
              <w:t>,</w:t>
            </w:r>
            <w:r>
              <w:t xml:space="preserve"> how they are measured</w:t>
            </w:r>
            <w:r w:rsidR="795742C2">
              <w:t xml:space="preserve"> and how they can be operationalised in data collection tools for quantitative research</w:t>
            </w:r>
          </w:p>
          <w:p w14:paraId="33F8D5AC" w14:textId="558087B5" w:rsidR="65D1BB48" w:rsidRDefault="65D1BB48" w:rsidP="287A519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t>Understand the top research designs in quantitative research</w:t>
            </w:r>
          </w:p>
          <w:p w14:paraId="6D1205E2" w14:textId="5D0A810C" w:rsidR="0091482C" w:rsidRDefault="65D1BB48" w:rsidP="1955B3B7">
            <w:pPr>
              <w:pStyle w:val="ListParagraph"/>
              <w:numPr>
                <w:ilvl w:val="0"/>
                <w:numId w:val="10"/>
              </w:numPr>
            </w:pPr>
            <w:r>
              <w:t xml:space="preserve">Strengthen sampling techniques and </w:t>
            </w:r>
            <w:r w:rsidR="4217F783">
              <w:t>s</w:t>
            </w:r>
            <w:r>
              <w:t>harpen questionnaire design for robust data collection</w:t>
            </w:r>
          </w:p>
          <w:p w14:paraId="48706CD4" w14:textId="21E34A52" w:rsidR="006D245C" w:rsidRDefault="518CF1AF" w:rsidP="001D5A3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t xml:space="preserve">Reflect on </w:t>
            </w:r>
            <w:r w:rsidR="001D5A37">
              <w:t>how AI can</w:t>
            </w:r>
            <w:r w:rsidR="2337285A">
              <w:t xml:space="preserve"> be used in quantitative research</w:t>
            </w:r>
          </w:p>
        </w:tc>
      </w:tr>
    </w:tbl>
    <w:p w14:paraId="64979932" w14:textId="77777777" w:rsidR="006D245C" w:rsidRPr="006D245C" w:rsidRDefault="006D245C" w:rsidP="006D245C"/>
    <w:p w14:paraId="664A8C01" w14:textId="64222505" w:rsidR="009F77CC" w:rsidRPr="007D059B" w:rsidRDefault="006D245C" w:rsidP="004177BB">
      <w:pPr>
        <w:pStyle w:val="Heading2"/>
      </w:pPr>
      <w:r>
        <w:t>4.2</w:t>
      </w:r>
      <w:r w:rsidRPr="007D059B">
        <w:t>. Tentative Structure / Flow of the Session:</w:t>
      </w:r>
    </w:p>
    <w:p w14:paraId="72BDEDBD" w14:textId="4CC9282F" w:rsidR="00634F3F" w:rsidRDefault="00634F3F" w:rsidP="148D8BF4">
      <w:pPr>
        <w:rPr>
          <w:rFonts w:ascii="Aptos" w:hAnsi="Aptos"/>
        </w:rPr>
      </w:pPr>
      <w:r w:rsidRPr="148D8BF4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8C3DB97" w14:textId="77777777" w:rsidTr="148D8BF4">
        <w:tc>
          <w:tcPr>
            <w:tcW w:w="8856" w:type="dxa"/>
          </w:tcPr>
          <w:p w14:paraId="70E9972F" w14:textId="79D75B52" w:rsidR="000773B0" w:rsidRDefault="000773B0" w:rsidP="148D8BF4">
            <w:pPr>
              <w:rPr>
                <w:rFonts w:ascii="Aptos" w:hAnsi="Aptos"/>
                <w:b/>
                <w:bCs/>
              </w:rPr>
            </w:pPr>
            <w:r w:rsidRPr="148D8BF4">
              <w:rPr>
                <w:rFonts w:ascii="Aptos" w:hAnsi="Aptos"/>
                <w:b/>
                <w:bCs/>
              </w:rPr>
              <w:t xml:space="preserve">Part 1: </w:t>
            </w:r>
            <w:r w:rsidR="08F8E0A2" w:rsidRPr="148D8BF4">
              <w:rPr>
                <w:rFonts w:ascii="Aptos" w:hAnsi="Aptos"/>
                <w:b/>
                <w:bCs/>
              </w:rPr>
              <w:t>09h00</w:t>
            </w:r>
            <w:r w:rsidR="6AFE04BA" w:rsidRPr="148D8BF4">
              <w:rPr>
                <w:rFonts w:ascii="Aptos" w:hAnsi="Aptos"/>
                <w:b/>
                <w:bCs/>
              </w:rPr>
              <w:t xml:space="preserve"> – </w:t>
            </w:r>
            <w:r w:rsidR="08F8E0A2" w:rsidRPr="148D8BF4">
              <w:rPr>
                <w:rFonts w:ascii="Aptos" w:hAnsi="Aptos"/>
                <w:b/>
                <w:bCs/>
              </w:rPr>
              <w:t>10h30</w:t>
            </w:r>
            <w:r w:rsidR="6AFE04BA" w:rsidRPr="148D8BF4">
              <w:rPr>
                <w:rFonts w:ascii="Aptos" w:hAnsi="Aptos"/>
                <w:b/>
                <w:bCs/>
              </w:rPr>
              <w:t xml:space="preserve"> </w:t>
            </w:r>
          </w:p>
          <w:p w14:paraId="01D6B364" w14:textId="5D06138A" w:rsidR="148D8BF4" w:rsidRDefault="148D8BF4" w:rsidP="148D8BF4">
            <w:pPr>
              <w:rPr>
                <w:rFonts w:ascii="Aptos" w:hAnsi="Aptos"/>
              </w:rPr>
            </w:pPr>
          </w:p>
          <w:p w14:paraId="65B537AD" w14:textId="69305952" w:rsidR="08F8E0A2" w:rsidRDefault="08F8E0A2">
            <w:r w:rsidRPr="148D8BF4">
              <w:rPr>
                <w:rFonts w:ascii="Aptos" w:hAnsi="Aptos"/>
              </w:rPr>
              <w:t>Introduction: intro to presenters, outline of components of the session (5 min)</w:t>
            </w:r>
            <w:r w:rsidR="4CB7399E" w:rsidRPr="148D8BF4">
              <w:rPr>
                <w:rFonts w:ascii="Aptos" w:hAnsi="Aptos"/>
              </w:rPr>
              <w:t xml:space="preserve"> (</w:t>
            </w:r>
            <w:r w:rsidR="00B4529D">
              <w:rPr>
                <w:rFonts w:ascii="Aptos" w:hAnsi="Aptos"/>
              </w:rPr>
              <w:t>ZA)</w:t>
            </w:r>
          </w:p>
          <w:p w14:paraId="590107BD" w14:textId="04D0C7BF" w:rsidR="148D8BF4" w:rsidRDefault="148D8BF4" w:rsidP="148D8BF4">
            <w:pPr>
              <w:rPr>
                <w:rFonts w:ascii="Aptos" w:hAnsi="Aptos"/>
              </w:rPr>
            </w:pPr>
          </w:p>
          <w:p w14:paraId="12A32D78" w14:textId="2CB0D906" w:rsidR="5CA14481" w:rsidRDefault="5CA14481">
            <w:r w:rsidRPr="148D8BF4">
              <w:rPr>
                <w:rFonts w:ascii="Aptos" w:hAnsi="Aptos"/>
              </w:rPr>
              <w:t>SESSION 1.1: Introduction to Quantitative Research</w:t>
            </w:r>
            <w:r w:rsidR="6DC4FA1A" w:rsidRPr="148D8BF4">
              <w:rPr>
                <w:rFonts w:ascii="Aptos" w:hAnsi="Aptos"/>
              </w:rPr>
              <w:t xml:space="preserve"> (SP)</w:t>
            </w:r>
          </w:p>
          <w:p w14:paraId="32AF7A5E" w14:textId="02D1F8D6" w:rsidR="148D8BF4" w:rsidRDefault="148D8BF4" w:rsidP="148D8BF4">
            <w:pPr>
              <w:rPr>
                <w:rFonts w:ascii="Aptos" w:hAnsi="Aptos"/>
              </w:rPr>
            </w:pPr>
          </w:p>
          <w:p w14:paraId="7988E7A0" w14:textId="120C0D67" w:rsidR="000773B0" w:rsidRDefault="000773B0">
            <w:r w:rsidRPr="148D8BF4">
              <w:rPr>
                <w:rFonts w:ascii="Aptos" w:hAnsi="Aptos"/>
              </w:rPr>
              <w:t>What is Quantitative Research?</w:t>
            </w:r>
            <w:r w:rsidR="65212909" w:rsidRPr="148D8BF4">
              <w:rPr>
                <w:rFonts w:ascii="Aptos" w:hAnsi="Aptos"/>
              </w:rPr>
              <w:t xml:space="preserve"> </w:t>
            </w:r>
            <w:r w:rsidR="6C91A0E4" w:rsidRPr="148D8BF4">
              <w:rPr>
                <w:rFonts w:ascii="Aptos" w:hAnsi="Aptos"/>
              </w:rPr>
              <w:t xml:space="preserve">Underpinnings: </w:t>
            </w:r>
            <w:r w:rsidR="65212909" w:rsidRPr="148D8BF4">
              <w:rPr>
                <w:rFonts w:ascii="Aptos" w:hAnsi="Aptos"/>
              </w:rPr>
              <w:t>Theory and Process</w:t>
            </w:r>
            <w:r w:rsidRPr="148D8BF4">
              <w:rPr>
                <w:rFonts w:ascii="Aptos" w:hAnsi="Aptos"/>
              </w:rPr>
              <w:t xml:space="preserve"> (</w:t>
            </w:r>
            <w:r w:rsidR="3A24CA5A" w:rsidRPr="148D8BF4">
              <w:rPr>
                <w:rFonts w:ascii="Aptos" w:hAnsi="Aptos"/>
              </w:rPr>
              <w:t>15</w:t>
            </w:r>
            <w:r w:rsidRPr="148D8BF4">
              <w:rPr>
                <w:rFonts w:ascii="Aptos" w:hAnsi="Aptos"/>
              </w:rPr>
              <w:t xml:space="preserve"> min) (</w:t>
            </w:r>
            <w:r w:rsidR="6DA82328" w:rsidRPr="148D8BF4">
              <w:rPr>
                <w:rFonts w:ascii="Aptos" w:hAnsi="Aptos"/>
              </w:rPr>
              <w:t>SP</w:t>
            </w:r>
            <w:r w:rsidRPr="148D8BF4">
              <w:rPr>
                <w:rFonts w:ascii="Aptos" w:hAnsi="Aptos"/>
              </w:rPr>
              <w:t xml:space="preserve">) </w:t>
            </w:r>
          </w:p>
          <w:p w14:paraId="617DDC8B" w14:textId="50E3FC95" w:rsidR="006D245C" w:rsidRPr="00B4529D" w:rsidRDefault="2E1A9D2E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 xml:space="preserve">Quantitative </w:t>
            </w:r>
            <w:r w:rsidR="40132DA7" w:rsidRPr="00B4529D">
              <w:rPr>
                <w:rFonts w:ascii="Aptos" w:hAnsi="Aptos"/>
              </w:rPr>
              <w:t xml:space="preserve">Data in </w:t>
            </w:r>
            <w:r w:rsidR="320D0F29" w:rsidRPr="00B4529D">
              <w:rPr>
                <w:rFonts w:ascii="Aptos" w:hAnsi="Aptos"/>
              </w:rPr>
              <w:t>Practice</w:t>
            </w:r>
            <w:r w:rsidR="1B9416A0" w:rsidRPr="00B4529D">
              <w:rPr>
                <w:rFonts w:ascii="Aptos" w:hAnsi="Aptos"/>
              </w:rPr>
              <w:t xml:space="preserve"> – Key Concepts to Understand:</w:t>
            </w:r>
            <w:r w:rsidR="40132DA7" w:rsidRPr="00B4529D">
              <w:rPr>
                <w:rFonts w:ascii="Aptos" w:hAnsi="Aptos"/>
              </w:rPr>
              <w:t xml:space="preserve"> </w:t>
            </w:r>
            <w:r w:rsidR="287EC7B0" w:rsidRPr="00B4529D">
              <w:rPr>
                <w:rFonts w:ascii="Aptos" w:hAnsi="Aptos"/>
              </w:rPr>
              <w:t>Statistics, Population and Sampl</w:t>
            </w:r>
            <w:r w:rsidR="2E836578" w:rsidRPr="00B4529D">
              <w:rPr>
                <w:rFonts w:ascii="Aptos" w:hAnsi="Aptos"/>
              </w:rPr>
              <w:t>es</w:t>
            </w:r>
            <w:r w:rsidR="287EC7B0" w:rsidRPr="00B4529D">
              <w:rPr>
                <w:rFonts w:ascii="Aptos" w:hAnsi="Aptos"/>
              </w:rPr>
              <w:t xml:space="preserve"> (15 mins) (SP)</w:t>
            </w:r>
          </w:p>
          <w:p w14:paraId="32938D97" w14:textId="77777777" w:rsidR="003F1470" w:rsidRDefault="003F1470" w:rsidP="148D8BF4">
            <w:pPr>
              <w:rPr>
                <w:rFonts w:ascii="Aptos" w:hAnsi="Aptos"/>
                <w:lang w:val="fr-FR"/>
              </w:rPr>
            </w:pPr>
          </w:p>
          <w:p w14:paraId="75A0AB9E" w14:textId="3C5D86A2" w:rsidR="006D245C" w:rsidRPr="00B4529D" w:rsidRDefault="6BE2929D" w:rsidP="148D8BF4">
            <w:pPr>
              <w:rPr>
                <w:rFonts w:ascii="Aptos" w:hAnsi="Aptos"/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>Interactive Element</w:t>
            </w:r>
            <w:r w:rsidR="050B6943" w:rsidRPr="00B4529D">
              <w:rPr>
                <w:rFonts w:ascii="Aptos" w:hAnsi="Aptos"/>
                <w:lang w:val="fr-FR"/>
              </w:rPr>
              <w:t xml:space="preserve"> </w:t>
            </w:r>
            <w:r w:rsidR="00023721" w:rsidRPr="00B4529D">
              <w:rPr>
                <w:rFonts w:ascii="Aptos" w:hAnsi="Aptos"/>
                <w:lang w:val="fr-FR"/>
              </w:rPr>
              <w:t>(1)</w:t>
            </w:r>
            <w:r w:rsidRPr="00B4529D">
              <w:rPr>
                <w:rFonts w:ascii="Aptos" w:hAnsi="Aptos"/>
                <w:lang w:val="fr-FR"/>
              </w:rPr>
              <w:t xml:space="preserve"> (</w:t>
            </w:r>
            <w:r w:rsidR="00026DEC" w:rsidRPr="00B4529D">
              <w:rPr>
                <w:rFonts w:ascii="Aptos" w:hAnsi="Aptos"/>
                <w:lang w:val="fr-FR"/>
              </w:rPr>
              <w:t>10</w:t>
            </w:r>
            <w:r w:rsidRPr="00B4529D">
              <w:rPr>
                <w:rFonts w:ascii="Aptos" w:hAnsi="Aptos"/>
                <w:lang w:val="fr-FR"/>
              </w:rPr>
              <w:t xml:space="preserve"> mins) (SP): </w:t>
            </w:r>
          </w:p>
          <w:p w14:paraId="543ACB91" w14:textId="36452E2C" w:rsidR="006D245C" w:rsidRPr="00B4529D" w:rsidRDefault="6BE2929D" w:rsidP="000773B0">
            <w:pPr>
              <w:rPr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 xml:space="preserve">Quiz </w:t>
            </w:r>
          </w:p>
          <w:p w14:paraId="000BC099" w14:textId="2B1C1619" w:rsidR="006D245C" w:rsidRPr="00B4529D" w:rsidRDefault="006D245C" w:rsidP="148D8BF4">
            <w:pPr>
              <w:rPr>
                <w:rFonts w:ascii="Aptos" w:hAnsi="Aptos"/>
                <w:lang w:val="fr-FR"/>
              </w:rPr>
            </w:pPr>
          </w:p>
          <w:p w14:paraId="06F892B5" w14:textId="482D2956" w:rsidR="006D245C" w:rsidRPr="00B4529D" w:rsidRDefault="2BBBA5DA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>SESSION 1.2: Variables, Measurement, Validity and Reliability</w:t>
            </w:r>
            <w:r w:rsidR="44F022A9" w:rsidRPr="00B4529D">
              <w:rPr>
                <w:rFonts w:ascii="Aptos" w:hAnsi="Aptos"/>
              </w:rPr>
              <w:t xml:space="preserve"> (SP)</w:t>
            </w:r>
          </w:p>
          <w:p w14:paraId="7B5396E6" w14:textId="7E5E0022" w:rsidR="006D245C" w:rsidRPr="00B4529D" w:rsidRDefault="006D245C" w:rsidP="148D8BF4">
            <w:pPr>
              <w:rPr>
                <w:rFonts w:ascii="Aptos" w:hAnsi="Aptos"/>
              </w:rPr>
            </w:pPr>
          </w:p>
          <w:p w14:paraId="56E8AA9C" w14:textId="57DB9E96" w:rsidR="006D245C" w:rsidRPr="00B4529D" w:rsidRDefault="0DC580F4" w:rsidP="000773B0">
            <w:r w:rsidRPr="00B4529D">
              <w:rPr>
                <w:rFonts w:ascii="Aptos" w:hAnsi="Aptos"/>
              </w:rPr>
              <w:t>Variables (</w:t>
            </w:r>
            <w:r w:rsidR="4760A8E7" w:rsidRPr="00B4529D">
              <w:rPr>
                <w:rFonts w:ascii="Aptos" w:hAnsi="Aptos"/>
              </w:rPr>
              <w:t xml:space="preserve">5 </w:t>
            </w:r>
            <w:r w:rsidRPr="00B4529D">
              <w:rPr>
                <w:rFonts w:ascii="Aptos" w:hAnsi="Aptos"/>
              </w:rPr>
              <w:t>min)</w:t>
            </w:r>
            <w:r w:rsidR="40C53D2B" w:rsidRPr="00B4529D">
              <w:rPr>
                <w:rFonts w:ascii="Aptos" w:hAnsi="Aptos"/>
              </w:rPr>
              <w:t xml:space="preserve"> (SP)</w:t>
            </w:r>
          </w:p>
          <w:p w14:paraId="6F034615" w14:textId="5965773D" w:rsidR="006D245C" w:rsidRPr="00B4529D" w:rsidRDefault="0DC580F4" w:rsidP="000773B0">
            <w:r w:rsidRPr="00B4529D">
              <w:rPr>
                <w:rFonts w:ascii="Aptos" w:hAnsi="Aptos"/>
              </w:rPr>
              <w:t>Measurement</w:t>
            </w:r>
            <w:r w:rsidR="5FC4C10F" w:rsidRPr="00B4529D">
              <w:rPr>
                <w:rFonts w:ascii="Aptos" w:hAnsi="Aptos"/>
              </w:rPr>
              <w:t xml:space="preserve"> (5 min)</w:t>
            </w:r>
            <w:r w:rsidR="4ECC92D6" w:rsidRPr="00B4529D">
              <w:rPr>
                <w:rFonts w:ascii="Aptos" w:hAnsi="Aptos"/>
              </w:rPr>
              <w:t xml:space="preserve"> (SP)</w:t>
            </w:r>
          </w:p>
          <w:p w14:paraId="2A41F7FB" w14:textId="74B9892A" w:rsidR="006D245C" w:rsidRPr="00B4529D" w:rsidRDefault="0DC580F4" w:rsidP="000773B0">
            <w:r w:rsidRPr="00B4529D">
              <w:rPr>
                <w:rFonts w:ascii="Aptos" w:hAnsi="Aptos"/>
              </w:rPr>
              <w:t>Validity and Reliability (1</w:t>
            </w:r>
            <w:r w:rsidR="5226B21C" w:rsidRPr="00B4529D">
              <w:rPr>
                <w:rFonts w:ascii="Aptos" w:hAnsi="Aptos"/>
              </w:rPr>
              <w:t>0</w:t>
            </w:r>
            <w:r w:rsidRPr="00B4529D">
              <w:rPr>
                <w:rFonts w:ascii="Aptos" w:hAnsi="Aptos"/>
              </w:rPr>
              <w:t xml:space="preserve"> min)</w:t>
            </w:r>
            <w:r w:rsidR="5175B1F3" w:rsidRPr="00B4529D">
              <w:rPr>
                <w:rFonts w:ascii="Aptos" w:hAnsi="Aptos"/>
              </w:rPr>
              <w:t xml:space="preserve"> (SP)</w:t>
            </w:r>
          </w:p>
          <w:p w14:paraId="10E05EF2" w14:textId="77777777" w:rsidR="003F1470" w:rsidRDefault="003F1470" w:rsidP="000773B0">
            <w:pPr>
              <w:rPr>
                <w:rFonts w:ascii="Aptos" w:hAnsi="Aptos"/>
                <w:lang w:val="fr-FR"/>
              </w:rPr>
            </w:pPr>
          </w:p>
          <w:p w14:paraId="5A81F8A4" w14:textId="67C4A77D" w:rsidR="006D245C" w:rsidRPr="00B4529D" w:rsidRDefault="0DC580F4" w:rsidP="000773B0">
            <w:pPr>
              <w:rPr>
                <w:rFonts w:ascii="Aptos" w:hAnsi="Aptos"/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 xml:space="preserve">Interactive Element </w:t>
            </w:r>
            <w:r w:rsidR="00023721" w:rsidRPr="00B4529D">
              <w:rPr>
                <w:rFonts w:ascii="Aptos" w:hAnsi="Aptos"/>
                <w:lang w:val="fr-FR"/>
              </w:rPr>
              <w:t>(2)</w:t>
            </w:r>
            <w:r w:rsidRPr="00B4529D">
              <w:rPr>
                <w:rFonts w:ascii="Aptos" w:hAnsi="Aptos"/>
                <w:lang w:val="fr-FR"/>
              </w:rPr>
              <w:t xml:space="preserve"> (15 min)</w:t>
            </w:r>
            <w:r w:rsidR="76CC13FB" w:rsidRPr="00B4529D">
              <w:rPr>
                <w:rFonts w:ascii="Aptos" w:hAnsi="Aptos"/>
                <w:lang w:val="fr-FR"/>
              </w:rPr>
              <w:t xml:space="preserve"> (SP)</w:t>
            </w:r>
          </w:p>
          <w:p w14:paraId="5E1DA107" w14:textId="2E2AFB1E" w:rsidR="000B1611" w:rsidRPr="00B4529D" w:rsidRDefault="00026DEC" w:rsidP="000773B0">
            <w:pPr>
              <w:rPr>
                <w:rFonts w:ascii="Aptos" w:hAnsi="Aptos"/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>Quiz</w:t>
            </w:r>
          </w:p>
          <w:p w14:paraId="0CCE86DB" w14:textId="77777777" w:rsidR="000B1611" w:rsidRPr="00B4529D" w:rsidRDefault="000B1611" w:rsidP="000773B0">
            <w:pPr>
              <w:rPr>
                <w:lang w:val="fr-FR"/>
              </w:rPr>
            </w:pPr>
          </w:p>
          <w:p w14:paraId="3BA48660" w14:textId="6A85BBB8" w:rsidR="000B1611" w:rsidRPr="00B4529D" w:rsidRDefault="000B1611" w:rsidP="000773B0">
            <w:r w:rsidRPr="00B4529D">
              <w:rPr>
                <w:rFonts w:ascii="Aptos" w:hAnsi="Aptos"/>
              </w:rPr>
              <w:t>Q&amp;A before break</w:t>
            </w:r>
            <w:r w:rsidRPr="00B4529D">
              <w:rPr>
                <w:rFonts w:ascii="Aptos" w:hAnsi="Aptos"/>
                <w:i/>
                <w:iCs/>
              </w:rPr>
              <w:t xml:space="preserve"> </w:t>
            </w:r>
            <w:r w:rsidRPr="003F1470">
              <w:rPr>
                <w:rFonts w:ascii="Aptos" w:hAnsi="Aptos"/>
              </w:rPr>
              <w:t>(10 mins)</w:t>
            </w:r>
          </w:p>
          <w:p w14:paraId="0C222ABD" w14:textId="59F62E7F" w:rsidR="006D245C" w:rsidRPr="00B4529D" w:rsidRDefault="006D245C" w:rsidP="148D8BF4">
            <w:pPr>
              <w:rPr>
                <w:rFonts w:ascii="Aptos" w:hAnsi="Aptos"/>
                <w:lang w:val="en-ZA"/>
              </w:rPr>
            </w:pPr>
          </w:p>
          <w:p w14:paraId="17CBFE1A" w14:textId="75FB5D87" w:rsidR="006D245C" w:rsidRPr="00B4529D" w:rsidRDefault="1D8CFCD3" w:rsidP="000773B0">
            <w:pPr>
              <w:rPr>
                <w:lang w:val="pt-PT"/>
              </w:rPr>
            </w:pPr>
            <w:r w:rsidRPr="00B4529D">
              <w:rPr>
                <w:rFonts w:ascii="Aptos" w:hAnsi="Aptos"/>
                <w:b/>
                <w:bCs/>
                <w:lang w:val="pt-PT"/>
              </w:rPr>
              <w:t>TEA BREAK (10h30 – 11h00)</w:t>
            </w:r>
          </w:p>
          <w:p w14:paraId="0FB4E0CF" w14:textId="0CD5411D" w:rsidR="006D245C" w:rsidRPr="00B4529D" w:rsidRDefault="006D245C" w:rsidP="148D8BF4">
            <w:pPr>
              <w:rPr>
                <w:rFonts w:ascii="Aptos" w:hAnsi="Aptos"/>
                <w:b/>
                <w:bCs/>
                <w:lang w:val="pt-PT"/>
              </w:rPr>
            </w:pPr>
          </w:p>
          <w:p w14:paraId="54C1EBA3" w14:textId="3E65CBD3" w:rsidR="006D245C" w:rsidRPr="00B4529D" w:rsidRDefault="231DB6BF" w:rsidP="000773B0">
            <w:pPr>
              <w:rPr>
                <w:lang w:val="pt-PT"/>
              </w:rPr>
            </w:pPr>
            <w:r w:rsidRPr="00B4529D">
              <w:rPr>
                <w:rFonts w:ascii="Aptos" w:hAnsi="Aptos"/>
                <w:b/>
                <w:bCs/>
                <w:lang w:val="pt-PT"/>
              </w:rPr>
              <w:t>Part 2: 11h00-13h00</w:t>
            </w:r>
          </w:p>
          <w:p w14:paraId="15D6082C" w14:textId="4A37E04D" w:rsidR="006D245C" w:rsidRPr="00B4529D" w:rsidRDefault="006D245C" w:rsidP="148D8BF4">
            <w:pPr>
              <w:rPr>
                <w:rFonts w:ascii="Aptos" w:hAnsi="Aptos"/>
                <w:lang w:val="pt-PT"/>
              </w:rPr>
            </w:pPr>
          </w:p>
          <w:p w14:paraId="7333CA03" w14:textId="0709ECA2" w:rsidR="006D245C" w:rsidRPr="00B4529D" w:rsidRDefault="301F47B2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>SESSION 1.3:</w:t>
            </w:r>
            <w:r w:rsidR="0E75B200" w:rsidRPr="00B4529D">
              <w:rPr>
                <w:rFonts w:ascii="Aptos" w:hAnsi="Aptos"/>
              </w:rPr>
              <w:t xml:space="preserve"> Quantitative Research Designs</w:t>
            </w:r>
            <w:r w:rsidR="4750F424" w:rsidRPr="00B4529D">
              <w:rPr>
                <w:rFonts w:ascii="Aptos" w:hAnsi="Aptos"/>
              </w:rPr>
              <w:t xml:space="preserve"> and Sampling</w:t>
            </w:r>
            <w:r w:rsidR="073BDA87" w:rsidRPr="00B4529D">
              <w:rPr>
                <w:rFonts w:ascii="Aptos" w:hAnsi="Aptos"/>
              </w:rPr>
              <w:t xml:space="preserve"> (</w:t>
            </w:r>
            <w:r w:rsidR="7534AC74" w:rsidRPr="00B4529D">
              <w:rPr>
                <w:rFonts w:ascii="Aptos" w:hAnsi="Aptos"/>
              </w:rPr>
              <w:t>25</w:t>
            </w:r>
            <w:r w:rsidR="073BDA87" w:rsidRPr="00B4529D">
              <w:rPr>
                <w:rFonts w:ascii="Aptos" w:hAnsi="Aptos"/>
              </w:rPr>
              <w:t xml:space="preserve"> mins)</w:t>
            </w:r>
            <w:r w:rsidR="50C9E605" w:rsidRPr="00B4529D">
              <w:rPr>
                <w:rFonts w:ascii="Aptos" w:hAnsi="Aptos"/>
              </w:rPr>
              <w:t xml:space="preserve"> (VM)</w:t>
            </w:r>
          </w:p>
          <w:p w14:paraId="4C33B2F8" w14:textId="39B695BE" w:rsidR="006D245C" w:rsidRPr="00B4529D" w:rsidRDefault="006D245C" w:rsidP="148D8BF4">
            <w:pPr>
              <w:rPr>
                <w:rFonts w:ascii="Aptos" w:hAnsi="Aptos"/>
              </w:rPr>
            </w:pPr>
          </w:p>
          <w:p w14:paraId="5626A3E9" w14:textId="23A61420" w:rsidR="006D245C" w:rsidRPr="00B4529D" w:rsidRDefault="7732449E" w:rsidP="148D8BF4">
            <w:pPr>
              <w:rPr>
                <w:rFonts w:ascii="Aptos" w:hAnsi="Aptos"/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 xml:space="preserve">Interactive Element </w:t>
            </w:r>
            <w:r w:rsidR="00023721" w:rsidRPr="00B4529D">
              <w:rPr>
                <w:rFonts w:ascii="Aptos" w:hAnsi="Aptos"/>
                <w:lang w:val="fr-FR"/>
              </w:rPr>
              <w:t>(3)</w:t>
            </w:r>
            <w:r w:rsidRPr="00B4529D">
              <w:rPr>
                <w:rFonts w:ascii="Aptos" w:hAnsi="Aptos"/>
                <w:lang w:val="fr-FR"/>
              </w:rPr>
              <w:t xml:space="preserve"> (</w:t>
            </w:r>
            <w:r w:rsidR="00A0245C" w:rsidRPr="00B4529D">
              <w:rPr>
                <w:rFonts w:ascii="Aptos" w:hAnsi="Aptos"/>
                <w:lang w:val="fr-FR"/>
              </w:rPr>
              <w:t>10</w:t>
            </w:r>
            <w:r w:rsidRPr="00B4529D">
              <w:rPr>
                <w:rFonts w:ascii="Aptos" w:hAnsi="Aptos"/>
                <w:lang w:val="fr-FR"/>
              </w:rPr>
              <w:t xml:space="preserve"> min)</w:t>
            </w:r>
            <w:r w:rsidR="2FDA9F09" w:rsidRPr="00B4529D">
              <w:rPr>
                <w:rFonts w:ascii="Aptos" w:hAnsi="Aptos"/>
                <w:lang w:val="fr-FR"/>
              </w:rPr>
              <w:t xml:space="preserve"> (VM)</w:t>
            </w:r>
          </w:p>
          <w:p w14:paraId="5DD85367" w14:textId="1E0B9253" w:rsidR="00D42084" w:rsidRPr="00B4529D" w:rsidRDefault="00D42084" w:rsidP="148D8BF4">
            <w:pPr>
              <w:rPr>
                <w:rFonts w:ascii="Aptos" w:hAnsi="Aptos"/>
                <w:lang w:val="fr-FR"/>
              </w:rPr>
            </w:pPr>
            <w:r w:rsidRPr="00B4529D">
              <w:rPr>
                <w:rFonts w:ascii="Aptos" w:hAnsi="Aptos"/>
                <w:lang w:val="fr-FR"/>
              </w:rPr>
              <w:t>Poll</w:t>
            </w:r>
          </w:p>
          <w:p w14:paraId="4D6201C5" w14:textId="0F408C8F" w:rsidR="006D245C" w:rsidRPr="00B4529D" w:rsidRDefault="006D245C" w:rsidP="148D8BF4">
            <w:pPr>
              <w:rPr>
                <w:rFonts w:ascii="Aptos" w:hAnsi="Aptos"/>
                <w:lang w:val="fr-FR"/>
              </w:rPr>
            </w:pPr>
          </w:p>
          <w:p w14:paraId="25FF23A5" w14:textId="2350CD24" w:rsidR="006D245C" w:rsidRPr="00B4529D" w:rsidRDefault="301F47B2" w:rsidP="000773B0">
            <w:r w:rsidRPr="00B4529D">
              <w:rPr>
                <w:rFonts w:ascii="Aptos" w:hAnsi="Aptos"/>
              </w:rPr>
              <w:t>SESSION 1.4:</w:t>
            </w:r>
            <w:r w:rsidR="3B8E2B8A" w:rsidRPr="00B4529D">
              <w:rPr>
                <w:rFonts w:ascii="Aptos" w:hAnsi="Aptos"/>
              </w:rPr>
              <w:t xml:space="preserve"> Collecting Your Own Data for Quantitative Research: Questionnaire Design</w:t>
            </w:r>
            <w:r w:rsidR="47BE1AD5" w:rsidRPr="00B4529D">
              <w:rPr>
                <w:rFonts w:ascii="Aptos" w:hAnsi="Aptos"/>
              </w:rPr>
              <w:t xml:space="preserve"> </w:t>
            </w:r>
            <w:r w:rsidR="21E0C515" w:rsidRPr="00B4529D">
              <w:rPr>
                <w:rFonts w:ascii="Aptos" w:hAnsi="Aptos"/>
              </w:rPr>
              <w:t>(20 min)</w:t>
            </w:r>
            <w:r w:rsidR="73F2524D" w:rsidRPr="00B4529D">
              <w:rPr>
                <w:rFonts w:ascii="Aptos" w:hAnsi="Aptos"/>
              </w:rPr>
              <w:t xml:space="preserve"> (VM)</w:t>
            </w:r>
          </w:p>
          <w:p w14:paraId="3B6385AE" w14:textId="0772109F" w:rsidR="006D245C" w:rsidRPr="00B4529D" w:rsidRDefault="006D245C" w:rsidP="148D8BF4">
            <w:pPr>
              <w:rPr>
                <w:rFonts w:ascii="Aptos" w:hAnsi="Aptos"/>
              </w:rPr>
            </w:pPr>
          </w:p>
          <w:p w14:paraId="78047656" w14:textId="21D033AF" w:rsidR="006D245C" w:rsidRPr="00B4529D" w:rsidRDefault="6DFDC28F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 xml:space="preserve">Interactive Element </w:t>
            </w:r>
            <w:r w:rsidR="00023721" w:rsidRPr="00B4529D">
              <w:rPr>
                <w:rFonts w:ascii="Aptos" w:hAnsi="Aptos"/>
              </w:rPr>
              <w:t>(4)</w:t>
            </w:r>
            <w:r w:rsidRPr="00B4529D">
              <w:rPr>
                <w:rFonts w:ascii="Aptos" w:hAnsi="Aptos"/>
              </w:rPr>
              <w:t xml:space="preserve"> (</w:t>
            </w:r>
            <w:r w:rsidR="044893C7" w:rsidRPr="00B4529D">
              <w:rPr>
                <w:rFonts w:ascii="Aptos" w:hAnsi="Aptos"/>
              </w:rPr>
              <w:t>3</w:t>
            </w:r>
            <w:r w:rsidR="00D865FA" w:rsidRPr="00B4529D">
              <w:rPr>
                <w:rFonts w:ascii="Aptos" w:hAnsi="Aptos"/>
              </w:rPr>
              <w:t>5</w:t>
            </w:r>
            <w:r w:rsidRPr="00B4529D">
              <w:rPr>
                <w:rFonts w:ascii="Aptos" w:hAnsi="Aptos"/>
              </w:rPr>
              <w:t xml:space="preserve"> min)</w:t>
            </w:r>
            <w:r w:rsidR="3FD102DE" w:rsidRPr="00B4529D">
              <w:rPr>
                <w:rFonts w:ascii="Aptos" w:hAnsi="Aptos"/>
              </w:rPr>
              <w:t xml:space="preserve"> (VM)</w:t>
            </w:r>
          </w:p>
          <w:p w14:paraId="4F85096B" w14:textId="57F2035E" w:rsidR="00D42084" w:rsidRPr="00B4529D" w:rsidRDefault="00D42084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>Breakaway Session</w:t>
            </w:r>
            <w:r w:rsidR="00B4529D">
              <w:rPr>
                <w:rFonts w:ascii="Aptos" w:hAnsi="Aptos"/>
              </w:rPr>
              <w:t xml:space="preserve"> and Feedback from Breakaway Groups</w:t>
            </w:r>
          </w:p>
          <w:p w14:paraId="3BE36A8F" w14:textId="428FB5CB" w:rsidR="006D245C" w:rsidRPr="00B4529D" w:rsidRDefault="006D245C" w:rsidP="148D8BF4">
            <w:pPr>
              <w:rPr>
                <w:rFonts w:ascii="Aptos" w:hAnsi="Aptos"/>
              </w:rPr>
            </w:pPr>
          </w:p>
          <w:p w14:paraId="4E4F32C5" w14:textId="2A94888B" w:rsidR="006D245C" w:rsidRPr="00B4529D" w:rsidRDefault="301F47B2" w:rsidP="000773B0">
            <w:r w:rsidRPr="00B4529D">
              <w:rPr>
                <w:rFonts w:ascii="Aptos" w:hAnsi="Aptos"/>
              </w:rPr>
              <w:t>SESSION 1.5: AI for Quantitative Research (10 mi</w:t>
            </w:r>
            <w:r w:rsidR="0DC86F70" w:rsidRPr="00B4529D">
              <w:rPr>
                <w:rFonts w:ascii="Aptos" w:hAnsi="Aptos"/>
              </w:rPr>
              <w:t>n</w:t>
            </w:r>
            <w:r w:rsidRPr="00B4529D">
              <w:rPr>
                <w:rFonts w:ascii="Aptos" w:hAnsi="Aptos"/>
              </w:rPr>
              <w:t>) (ZA)</w:t>
            </w:r>
          </w:p>
          <w:p w14:paraId="27FD56F1" w14:textId="7B6E2910" w:rsidR="006D245C" w:rsidRPr="00B4529D" w:rsidRDefault="006D245C" w:rsidP="148D8BF4">
            <w:pPr>
              <w:rPr>
                <w:rFonts w:ascii="Aptos" w:hAnsi="Aptos"/>
              </w:rPr>
            </w:pPr>
          </w:p>
          <w:p w14:paraId="2AC1F0FE" w14:textId="64A5E693" w:rsidR="006D245C" w:rsidRPr="00B4529D" w:rsidRDefault="2D97D6A9" w:rsidP="148D8BF4">
            <w:pPr>
              <w:rPr>
                <w:rFonts w:ascii="Aptos" w:hAnsi="Aptos"/>
              </w:rPr>
            </w:pPr>
            <w:r w:rsidRPr="00B4529D">
              <w:rPr>
                <w:rFonts w:ascii="Aptos" w:hAnsi="Aptos"/>
              </w:rPr>
              <w:t xml:space="preserve">Interactive Element </w:t>
            </w:r>
            <w:r w:rsidR="00023721" w:rsidRPr="00B4529D">
              <w:rPr>
                <w:rFonts w:ascii="Aptos" w:hAnsi="Aptos"/>
              </w:rPr>
              <w:t>(5)</w:t>
            </w:r>
            <w:r w:rsidRPr="00B4529D">
              <w:rPr>
                <w:rFonts w:ascii="Aptos" w:hAnsi="Aptos"/>
              </w:rPr>
              <w:t xml:space="preserve"> (10 min)</w:t>
            </w:r>
            <w:r w:rsidR="7BF9108B" w:rsidRPr="00B4529D">
              <w:rPr>
                <w:rFonts w:ascii="Aptos" w:hAnsi="Aptos"/>
              </w:rPr>
              <w:t xml:space="preserve"> (ZA)</w:t>
            </w:r>
          </w:p>
          <w:p w14:paraId="0C5B887C" w14:textId="435EF72E" w:rsidR="00AA713C" w:rsidRPr="00B4529D" w:rsidRDefault="00B4529D" w:rsidP="148D8BF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Discussion, f</w:t>
            </w:r>
            <w:r w:rsidR="00AA713C" w:rsidRPr="00B4529D">
              <w:rPr>
                <w:rFonts w:ascii="Aptos" w:hAnsi="Aptos"/>
              </w:rPr>
              <w:t>eedback in chat and comments provided from participants</w:t>
            </w:r>
          </w:p>
          <w:p w14:paraId="47179D81" w14:textId="3CAE4613" w:rsidR="006D245C" w:rsidRDefault="006D245C" w:rsidP="148D8BF4">
            <w:pPr>
              <w:rPr>
                <w:rFonts w:ascii="Aptos" w:hAnsi="Aptos"/>
              </w:rPr>
            </w:pPr>
          </w:p>
          <w:p w14:paraId="18761480" w14:textId="35540B00" w:rsidR="006D245C" w:rsidRDefault="1773D723" w:rsidP="000773B0">
            <w:r w:rsidRPr="148D8BF4">
              <w:rPr>
                <w:rFonts w:ascii="Aptos" w:hAnsi="Aptos"/>
              </w:rPr>
              <w:t>Wrap-up and Q&amp;A (1</w:t>
            </w:r>
            <w:r w:rsidR="00D865FA">
              <w:rPr>
                <w:rFonts w:ascii="Aptos" w:hAnsi="Aptos"/>
              </w:rPr>
              <w:t>0</w:t>
            </w:r>
            <w:r w:rsidRPr="148D8BF4">
              <w:rPr>
                <w:rFonts w:ascii="Aptos" w:hAnsi="Aptos"/>
              </w:rPr>
              <w:t xml:space="preserve"> min) (</w:t>
            </w:r>
            <w:r w:rsidR="00B4529D">
              <w:rPr>
                <w:rFonts w:ascii="Aptos" w:hAnsi="Aptos"/>
              </w:rPr>
              <w:t>ZA)</w:t>
            </w:r>
          </w:p>
          <w:p w14:paraId="3B787F99" w14:textId="5219BAB6" w:rsidR="006D245C" w:rsidRDefault="006D245C" w:rsidP="148D8BF4">
            <w:pPr>
              <w:rPr>
                <w:rFonts w:ascii="Aptos" w:hAnsi="Aptos"/>
              </w:rPr>
            </w:pPr>
          </w:p>
        </w:tc>
      </w:tr>
    </w:tbl>
    <w:p w14:paraId="4EE3FEFF" w14:textId="77777777" w:rsidR="001F51C3" w:rsidRDefault="001F51C3" w:rsidP="001F51C3"/>
    <w:p w14:paraId="4CF83A7F" w14:textId="307335CE" w:rsidR="009F77CC" w:rsidRPr="007D059B" w:rsidRDefault="006D245C" w:rsidP="00DF4D47">
      <w:pPr>
        <w:pStyle w:val="Heading1"/>
      </w:pPr>
      <w:r>
        <w:t xml:space="preserve">5. </w:t>
      </w:r>
      <w:r w:rsidRPr="007D059B">
        <w:t>Engagement and Interaction</w:t>
      </w:r>
    </w:p>
    <w:p w14:paraId="69E8F612" w14:textId="2D25321E" w:rsidR="009F77CC" w:rsidRPr="007D059B" w:rsidRDefault="006D245C" w:rsidP="004177BB">
      <w:pPr>
        <w:pStyle w:val="Heading2"/>
      </w:pPr>
      <w:r>
        <w:t>5.1</w:t>
      </w:r>
      <w:r w:rsidRPr="007D059B">
        <w:t xml:space="preserve"> Planned Interactive Element(s)</w:t>
      </w:r>
    </w:p>
    <w:p w14:paraId="29350BDF" w14:textId="44B9A0C1" w:rsidR="009F77CC" w:rsidRPr="007D059B" w:rsidRDefault="006D245C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14:paraId="73154319" w14:textId="465D8C8E" w:rsidR="009F77CC" w:rsidRPr="007D059B" w:rsidRDefault="00AD2D8C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773B0">
            <w:rPr>
              <w:rFonts w:ascii="MS Gothic" w:eastAsia="MS Gothic" w:hAnsi="MS Gothic" w:hint="eastAsia"/>
            </w:rPr>
            <w:t>☒</w:t>
          </w:r>
        </w:sdtContent>
      </w:sdt>
      <w:r w:rsidR="006D245C" w:rsidRPr="007D059B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(menti, Kahoot, slido) </w:t>
      </w:r>
    </w:p>
    <w:p w14:paraId="11BC152A" w14:textId="184D3E25" w:rsidR="009F77CC" w:rsidRPr="007D059B" w:rsidRDefault="00AD2D8C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2E54">
            <w:rPr>
              <w:rFonts w:ascii="MS Gothic" w:eastAsia="MS Gothic" w:hAnsi="MS Gothic" w:hint="eastAsia"/>
            </w:rPr>
            <w:t>☒</w:t>
          </w:r>
        </w:sdtContent>
      </w:sdt>
      <w:r w:rsidR="006D245C" w:rsidRPr="7818E956">
        <w:rPr>
          <w:rFonts w:ascii="Aptos" w:hAnsi="Aptos"/>
        </w:rPr>
        <w:t xml:space="preserve"> Group discussion in breakout rooms</w:t>
      </w:r>
    </w:p>
    <w:p w14:paraId="7784A221" w14:textId="6C439230" w:rsidR="009F77CC" w:rsidRPr="007D059B" w:rsidRDefault="00AD2D8C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068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Hands-on demo (e.g., live coding, annotation)</w:t>
      </w:r>
    </w:p>
    <w:p w14:paraId="38F50023" w14:textId="579931B3" w:rsidR="009F77CC" w:rsidRPr="007D059B" w:rsidRDefault="00AD2D8C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Jamboard, Padlet, or whiteboard exercise</w:t>
      </w:r>
    </w:p>
    <w:p w14:paraId="2A130081" w14:textId="246CEC3F" w:rsidR="009F77CC" w:rsidRPr="007D059B" w:rsidRDefault="00AD2D8C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Other: ________________________________________</w:t>
      </w:r>
    </w:p>
    <w:p w14:paraId="36071AC6" w14:textId="3E707D70" w:rsidR="009F77CC" w:rsidRPr="007D059B" w:rsidRDefault="006D245C" w:rsidP="004177BB">
      <w:pPr>
        <w:pStyle w:val="Heading2"/>
      </w:pPr>
      <w:r>
        <w:t>5.2</w:t>
      </w:r>
      <w:r w:rsidRPr="007D059B">
        <w:t>. How will you check if learning is taking place during the session?</w:t>
      </w:r>
    </w:p>
    <w:p w14:paraId="499AE376" w14:textId="77777777" w:rsidR="009F77CC" w:rsidRDefault="00634F3F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14:paraId="18DD30A8" w14:textId="50929E91" w:rsidR="006D245C" w:rsidRDefault="000773B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Q&amp;A</w:t>
            </w:r>
            <w:r w:rsidR="00DA212C">
              <w:rPr>
                <w:rFonts w:ascii="Aptos" w:hAnsi="Aptos"/>
              </w:rPr>
              <w:t>, breakaway report back, short reflection</w:t>
            </w:r>
            <w:r w:rsidR="00375C9B">
              <w:rPr>
                <w:rFonts w:ascii="Aptos" w:hAnsi="Aptos"/>
              </w:rPr>
              <w:t>s</w:t>
            </w:r>
          </w:p>
        </w:tc>
      </w:tr>
    </w:tbl>
    <w:p w14:paraId="546F2896" w14:textId="77777777" w:rsidR="006D245C" w:rsidRPr="007D059B" w:rsidRDefault="006D245C">
      <w:pPr>
        <w:rPr>
          <w:rFonts w:ascii="Aptos" w:hAnsi="Aptos"/>
        </w:rPr>
      </w:pPr>
    </w:p>
    <w:p w14:paraId="308E212B" w14:textId="6A4F8A4F" w:rsidR="00B11142" w:rsidRDefault="00634F3F" w:rsidP="00DF4D47">
      <w:pPr>
        <w:pStyle w:val="Heading1"/>
      </w:pPr>
      <w:r>
        <w:t xml:space="preserve"> </w:t>
      </w:r>
      <w:r w:rsidR="001F51C3">
        <w:t xml:space="preserve">6. </w:t>
      </w:r>
      <w:r w:rsidR="00B11142">
        <w:t xml:space="preserve">Incorporation of AI </w:t>
      </w:r>
    </w:p>
    <w:p w14:paraId="6790EB0C" w14:textId="46642502" w:rsidR="67A5992B" w:rsidRDefault="67A5992B" w:rsidP="2381B0CB">
      <w:pPr>
        <w:spacing w:after="160"/>
        <w:rPr>
          <w:rFonts w:ascii="Aptos" w:eastAsia="Aptos" w:hAnsi="Aptos" w:cs="Aptos"/>
          <w:sz w:val="24"/>
          <w:szCs w:val="24"/>
        </w:rPr>
      </w:pPr>
      <w:r w:rsidRPr="2381B0CB">
        <w:rPr>
          <w:rFonts w:ascii="Aptos" w:eastAsia="Aptos" w:hAnsi="Aptos" w:cs="Aptos"/>
          <w:sz w:val="24"/>
          <w:szCs w:val="24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14:paraId="5D6380E6" w14:textId="5FD2F274" w:rsidR="67A5992B" w:rsidRDefault="67A5992B" w:rsidP="2381B0CB">
      <w:pPr>
        <w:spacing w:after="160"/>
        <w:rPr>
          <w:rFonts w:ascii="Aptos" w:eastAsia="Aptos" w:hAnsi="Aptos" w:cs="Aptos"/>
          <w:sz w:val="24"/>
          <w:szCs w:val="24"/>
        </w:rPr>
      </w:pPr>
      <w:r w:rsidRPr="2381B0CB">
        <w:rPr>
          <w:rFonts w:ascii="Aptos" w:eastAsia="Aptos" w:hAnsi="Aptos" w:cs="Aptos"/>
          <w:sz w:val="24"/>
          <w:szCs w:val="24"/>
        </w:rPr>
        <w:t xml:space="preserve"> </w:t>
      </w:r>
    </w:p>
    <w:p w14:paraId="746060A1" w14:textId="52E76AA4" w:rsidR="67A5992B" w:rsidRDefault="67A5992B" w:rsidP="2381B0CB">
      <w:pPr>
        <w:spacing w:after="160"/>
        <w:rPr>
          <w:rFonts w:ascii="Aptos" w:eastAsia="Aptos" w:hAnsi="Aptos" w:cs="Aptos"/>
          <w:sz w:val="24"/>
          <w:szCs w:val="24"/>
        </w:rPr>
      </w:pPr>
      <w:r w:rsidRPr="2381B0CB">
        <w:rPr>
          <w:rFonts w:ascii="Aptos" w:eastAsia="Aptos" w:hAnsi="Aptos" w:cs="Aptos"/>
          <w:sz w:val="24"/>
          <w:szCs w:val="24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14:paraId="02900B91" w14:textId="77777777" w:rsidTr="2381B0CB">
        <w:tc>
          <w:tcPr>
            <w:tcW w:w="8630" w:type="dxa"/>
          </w:tcPr>
          <w:p w14:paraId="039B942C" w14:textId="5ED6C6FB" w:rsidR="00CF31C5" w:rsidRDefault="14B0830A" w:rsidP="00375C9B">
            <w:pPr>
              <w:jc w:val="both"/>
              <w:rPr>
                <w:rFonts w:ascii="Aptos" w:hAnsi="Aptos"/>
              </w:rPr>
            </w:pPr>
            <w:r w:rsidRPr="2381B0CB">
              <w:rPr>
                <w:rFonts w:ascii="Aptos" w:hAnsi="Aptos"/>
              </w:rPr>
              <w:t>The session will include a concluding component which reflects</w:t>
            </w:r>
            <w:r w:rsidR="7B6958EC" w:rsidRPr="2381B0CB">
              <w:rPr>
                <w:rFonts w:ascii="Aptos" w:hAnsi="Aptos"/>
              </w:rPr>
              <w:t xml:space="preserve"> </w:t>
            </w:r>
            <w:r w:rsidRPr="2381B0CB">
              <w:rPr>
                <w:rFonts w:ascii="Aptos" w:hAnsi="Aptos"/>
              </w:rPr>
              <w:t>on (and asks for reflections from participants) on how AI can be used effectively and ethically for quantitative research. This component will also int</w:t>
            </w:r>
            <w:r w:rsidR="4DB272F1" w:rsidRPr="2381B0CB">
              <w:rPr>
                <w:rFonts w:ascii="Aptos" w:hAnsi="Aptos"/>
              </w:rPr>
              <w:t xml:space="preserve">roduce the limitations of AI for quantitative research and what AI </w:t>
            </w:r>
            <w:r w:rsidR="00375C9B" w:rsidRPr="2381B0CB">
              <w:rPr>
                <w:rFonts w:ascii="Aptos" w:hAnsi="Aptos"/>
              </w:rPr>
              <w:t>should not</w:t>
            </w:r>
            <w:r w:rsidR="4DB272F1" w:rsidRPr="2381B0CB">
              <w:rPr>
                <w:rFonts w:ascii="Aptos" w:hAnsi="Aptos"/>
              </w:rPr>
              <w:t xml:space="preserve"> be used for in quantitative research. A key message to be shared is that AI should be used as an aid</w:t>
            </w:r>
            <w:r w:rsidR="492487B9" w:rsidRPr="2381B0CB">
              <w:rPr>
                <w:rFonts w:ascii="Aptos" w:hAnsi="Aptos"/>
              </w:rPr>
              <w:t xml:space="preserve"> to</w:t>
            </w:r>
            <w:r w:rsidR="4DB272F1" w:rsidRPr="2381B0CB">
              <w:rPr>
                <w:rFonts w:ascii="Aptos" w:hAnsi="Aptos"/>
              </w:rPr>
              <w:t xml:space="preserve"> and not a substitute</w:t>
            </w:r>
            <w:r w:rsidR="5CB073D9" w:rsidRPr="2381B0CB">
              <w:rPr>
                <w:rFonts w:ascii="Aptos" w:hAnsi="Aptos"/>
              </w:rPr>
              <w:t xml:space="preserve"> for human thinking</w:t>
            </w:r>
            <w:r w:rsidR="4DB272F1" w:rsidRPr="2381B0CB">
              <w:rPr>
                <w:rFonts w:ascii="Aptos" w:hAnsi="Aptos"/>
              </w:rPr>
              <w:t xml:space="preserve">. The researcher should actively </w:t>
            </w:r>
            <w:r w:rsidR="06CFA315" w:rsidRPr="2381B0CB">
              <w:rPr>
                <w:rFonts w:ascii="Aptos" w:hAnsi="Aptos"/>
              </w:rPr>
              <w:t>frame their research question, design their research and interpret their results, using AI only to guide and aid them in these research activities.</w:t>
            </w:r>
            <w:r w:rsidR="00F55602" w:rsidRPr="2381B0CB">
              <w:rPr>
                <w:rFonts w:ascii="Aptos" w:hAnsi="Aptos"/>
              </w:rPr>
              <w:t xml:space="preserve"> AI is a powerful confirmatory tool but the researcher should understand </w:t>
            </w:r>
            <w:r w:rsidR="00B10E47" w:rsidRPr="2381B0CB">
              <w:rPr>
                <w:rFonts w:ascii="Aptos" w:hAnsi="Aptos"/>
              </w:rPr>
              <w:t>what they are putting in and getting out of it.</w:t>
            </w:r>
          </w:p>
        </w:tc>
      </w:tr>
    </w:tbl>
    <w:p w14:paraId="0A02EE57" w14:textId="77777777" w:rsidR="00CF31C5" w:rsidRPr="00F81363" w:rsidRDefault="00CF31C5" w:rsidP="0099551C">
      <w:pPr>
        <w:rPr>
          <w:rFonts w:ascii="Aptos" w:hAnsi="Aptos"/>
        </w:rPr>
      </w:pPr>
    </w:p>
    <w:p w14:paraId="4D5C137F" w14:textId="44CE11D0" w:rsidR="009F77CC" w:rsidRPr="007D059B" w:rsidRDefault="00634F3F" w:rsidP="00DF4D47">
      <w:pPr>
        <w:pStyle w:val="Heading1"/>
      </w:pPr>
      <w:r w:rsidRPr="007D059B">
        <w:t>Additional Materials</w:t>
      </w:r>
    </w:p>
    <w:p w14:paraId="6064DC88" w14:textId="677E8436" w:rsidR="009F77CC" w:rsidRPr="007D059B" w:rsidRDefault="001F51C3" w:rsidP="004177BB">
      <w:pPr>
        <w:pStyle w:val="Heading2"/>
      </w:pPr>
      <w:r>
        <w:t>6.1</w:t>
      </w:r>
      <w:r w:rsidRPr="007D059B">
        <w:t xml:space="preserve"> Pre-reading or Additional Resources:</w:t>
      </w:r>
    </w:p>
    <w:p w14:paraId="186D45BE" w14:textId="070BF4C3" w:rsidR="009F77CC" w:rsidRDefault="00634F3F">
      <w:pPr>
        <w:rPr>
          <w:rFonts w:ascii="Aptos" w:hAnsi="Aptos"/>
        </w:rPr>
      </w:pPr>
      <w:r w:rsidRPr="7818E956">
        <w:rPr>
          <w:rFonts w:ascii="Aptos" w:hAnsi="Aptos"/>
        </w:rPr>
        <w:t xml:space="preserve">Please list any articles, slides, videos, or tools participants should review before the session. </w:t>
      </w:r>
      <w:r w:rsidR="006D245C" w:rsidRPr="7818E956">
        <w:rPr>
          <w:rFonts w:ascii="Aptos" w:hAnsi="Aptos"/>
        </w:rPr>
        <w:t>Plea</w:t>
      </w:r>
      <w:r w:rsidR="004177BB" w:rsidRPr="7818E956">
        <w:rPr>
          <w:rFonts w:ascii="Aptos" w:hAnsi="Aptos"/>
        </w:rPr>
        <w:t>se</w:t>
      </w:r>
      <w:r w:rsidR="006D245C" w:rsidRPr="7818E956">
        <w:rPr>
          <w:rFonts w:ascii="Aptos" w:hAnsi="Aptos"/>
        </w:rPr>
        <w:t xml:space="preserve"> send these to us by 2</w:t>
      </w:r>
      <w:r w:rsidR="09122AF9" w:rsidRPr="7818E956">
        <w:rPr>
          <w:rFonts w:ascii="Aptos" w:hAnsi="Aptos"/>
        </w:rPr>
        <w:t>0</w:t>
      </w:r>
      <w:r w:rsidR="006D245C" w:rsidRPr="7818E956">
        <w:rPr>
          <w:rFonts w:ascii="Aptos" w:hAnsi="Aptos"/>
        </w:rPr>
        <w:t xml:space="preserve"> July 202</w:t>
      </w:r>
      <w:r w:rsidR="6326B1EB" w:rsidRPr="7818E956">
        <w:rPr>
          <w:rFonts w:ascii="Aptos" w:hAnsi="Aptos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 w:rsidTr="7818E956">
        <w:tc>
          <w:tcPr>
            <w:tcW w:w="8856" w:type="dxa"/>
          </w:tcPr>
          <w:p w14:paraId="59DFD544" w14:textId="0DC3E23C" w:rsidR="006D245C" w:rsidRDefault="009C092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None.</w:t>
            </w:r>
          </w:p>
        </w:tc>
      </w:tr>
    </w:tbl>
    <w:p w14:paraId="16D1EE3F" w14:textId="77777777" w:rsidR="006D245C" w:rsidRPr="007D059B" w:rsidRDefault="006D245C">
      <w:pPr>
        <w:rPr>
          <w:rFonts w:ascii="Aptos" w:hAnsi="Aptos"/>
        </w:rPr>
      </w:pPr>
    </w:p>
    <w:p w14:paraId="2238BA5C" w14:textId="2D295E30" w:rsidR="009F77CC" w:rsidRPr="007D059B" w:rsidRDefault="001F51C3" w:rsidP="004177BB">
      <w:pPr>
        <w:pStyle w:val="Heading2"/>
      </w:pPr>
      <w:r>
        <w:t>6.2</w:t>
      </w:r>
      <w:r w:rsidRPr="007D059B">
        <w:t>. Software or Special Requirements:</w:t>
      </w:r>
    </w:p>
    <w:p w14:paraId="75521962" w14:textId="1212085D" w:rsidR="009F77CC" w:rsidRDefault="006D245C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>e.g., STATA, Atlas.ti,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 w:rsidTr="148D8BF4">
        <w:tc>
          <w:tcPr>
            <w:tcW w:w="8856" w:type="dxa"/>
          </w:tcPr>
          <w:p w14:paraId="65B9D02A" w14:textId="46D94493" w:rsidR="006D245C" w:rsidRDefault="2C6FA470">
            <w:r w:rsidRPr="148D8BF4">
              <w:rPr>
                <w:rFonts w:ascii="Aptos" w:hAnsi="Aptos"/>
              </w:rPr>
              <w:t>No software will be required for this session.</w:t>
            </w:r>
          </w:p>
        </w:tc>
      </w:tr>
    </w:tbl>
    <w:p w14:paraId="57FD8CA5" w14:textId="77777777" w:rsidR="006D245C" w:rsidRPr="007D059B" w:rsidRDefault="006D245C">
      <w:pPr>
        <w:rPr>
          <w:rFonts w:ascii="Aptos" w:hAnsi="Aptos"/>
        </w:rPr>
      </w:pPr>
    </w:p>
    <w:sectPr w:rsidR="006D245C" w:rsidRPr="007D05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911ED"/>
    <w:multiLevelType w:val="hybridMultilevel"/>
    <w:tmpl w:val="ED7A28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  <w:num w:numId="11" w16cid:durableId="2043824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93"/>
    <w:rsid w:val="00015284"/>
    <w:rsid w:val="00020C7F"/>
    <w:rsid w:val="00023721"/>
    <w:rsid w:val="00026DEC"/>
    <w:rsid w:val="00034616"/>
    <w:rsid w:val="0006063C"/>
    <w:rsid w:val="000773B0"/>
    <w:rsid w:val="000A3C70"/>
    <w:rsid w:val="000A5596"/>
    <w:rsid w:val="000A65E3"/>
    <w:rsid w:val="000B1611"/>
    <w:rsid w:val="000B2C39"/>
    <w:rsid w:val="000D21E5"/>
    <w:rsid w:val="001077BA"/>
    <w:rsid w:val="00115971"/>
    <w:rsid w:val="001202DE"/>
    <w:rsid w:val="001279BB"/>
    <w:rsid w:val="00134F87"/>
    <w:rsid w:val="001420CB"/>
    <w:rsid w:val="00144BAC"/>
    <w:rsid w:val="0015074B"/>
    <w:rsid w:val="00151E13"/>
    <w:rsid w:val="00156FF1"/>
    <w:rsid w:val="0016573C"/>
    <w:rsid w:val="00171BDE"/>
    <w:rsid w:val="00196E1E"/>
    <w:rsid w:val="001A0873"/>
    <w:rsid w:val="001B2DCB"/>
    <w:rsid w:val="001B7AAA"/>
    <w:rsid w:val="001D5A37"/>
    <w:rsid w:val="001E4DCD"/>
    <w:rsid w:val="001F3E41"/>
    <w:rsid w:val="001F47D2"/>
    <w:rsid w:val="001F51C3"/>
    <w:rsid w:val="001F73E8"/>
    <w:rsid w:val="002322A8"/>
    <w:rsid w:val="00253133"/>
    <w:rsid w:val="00260723"/>
    <w:rsid w:val="00264F21"/>
    <w:rsid w:val="00271A7E"/>
    <w:rsid w:val="0029639D"/>
    <w:rsid w:val="002A3BF0"/>
    <w:rsid w:val="002C3858"/>
    <w:rsid w:val="002E32B4"/>
    <w:rsid w:val="002E56D7"/>
    <w:rsid w:val="002E5CB9"/>
    <w:rsid w:val="002F3FBC"/>
    <w:rsid w:val="002F7CFF"/>
    <w:rsid w:val="00300392"/>
    <w:rsid w:val="00301B62"/>
    <w:rsid w:val="00313469"/>
    <w:rsid w:val="00326F90"/>
    <w:rsid w:val="003334F3"/>
    <w:rsid w:val="00341187"/>
    <w:rsid w:val="00350139"/>
    <w:rsid w:val="00357434"/>
    <w:rsid w:val="00375C9B"/>
    <w:rsid w:val="003839D0"/>
    <w:rsid w:val="003F1470"/>
    <w:rsid w:val="00404CA4"/>
    <w:rsid w:val="004177BB"/>
    <w:rsid w:val="00494910"/>
    <w:rsid w:val="004B5BD2"/>
    <w:rsid w:val="004C44CD"/>
    <w:rsid w:val="004D49CE"/>
    <w:rsid w:val="004E4D4B"/>
    <w:rsid w:val="00524098"/>
    <w:rsid w:val="00572E3C"/>
    <w:rsid w:val="00575E8F"/>
    <w:rsid w:val="00595A75"/>
    <w:rsid w:val="005A7DEC"/>
    <w:rsid w:val="005C4C88"/>
    <w:rsid w:val="005E2D00"/>
    <w:rsid w:val="00602068"/>
    <w:rsid w:val="00616AD0"/>
    <w:rsid w:val="00634F3F"/>
    <w:rsid w:val="00643005"/>
    <w:rsid w:val="00651FDD"/>
    <w:rsid w:val="00661DAE"/>
    <w:rsid w:val="00663495"/>
    <w:rsid w:val="00670776"/>
    <w:rsid w:val="00694006"/>
    <w:rsid w:val="00695C4A"/>
    <w:rsid w:val="006B60F5"/>
    <w:rsid w:val="006C3AA9"/>
    <w:rsid w:val="006D124A"/>
    <w:rsid w:val="006D245C"/>
    <w:rsid w:val="006D797C"/>
    <w:rsid w:val="006D7ECC"/>
    <w:rsid w:val="007024F3"/>
    <w:rsid w:val="007120D2"/>
    <w:rsid w:val="00723520"/>
    <w:rsid w:val="007527E3"/>
    <w:rsid w:val="00772188"/>
    <w:rsid w:val="007930BD"/>
    <w:rsid w:val="007B2E54"/>
    <w:rsid w:val="007B66FF"/>
    <w:rsid w:val="007C4671"/>
    <w:rsid w:val="007D059B"/>
    <w:rsid w:val="007D546F"/>
    <w:rsid w:val="00830440"/>
    <w:rsid w:val="00831FF7"/>
    <w:rsid w:val="008724BB"/>
    <w:rsid w:val="00877577"/>
    <w:rsid w:val="00892F66"/>
    <w:rsid w:val="008B893B"/>
    <w:rsid w:val="008E0E5C"/>
    <w:rsid w:val="008E1C34"/>
    <w:rsid w:val="008E46B7"/>
    <w:rsid w:val="008F6961"/>
    <w:rsid w:val="00906F03"/>
    <w:rsid w:val="00910A38"/>
    <w:rsid w:val="0091421C"/>
    <w:rsid w:val="0091482C"/>
    <w:rsid w:val="009217A3"/>
    <w:rsid w:val="00922147"/>
    <w:rsid w:val="0092304E"/>
    <w:rsid w:val="00946137"/>
    <w:rsid w:val="00957C91"/>
    <w:rsid w:val="00976B2E"/>
    <w:rsid w:val="00982EB3"/>
    <w:rsid w:val="0099551C"/>
    <w:rsid w:val="009A5563"/>
    <w:rsid w:val="009B51CB"/>
    <w:rsid w:val="009C0923"/>
    <w:rsid w:val="009D21C3"/>
    <w:rsid w:val="009F77CC"/>
    <w:rsid w:val="00A0245C"/>
    <w:rsid w:val="00A14465"/>
    <w:rsid w:val="00A17B28"/>
    <w:rsid w:val="00A206C4"/>
    <w:rsid w:val="00A3174B"/>
    <w:rsid w:val="00A332CA"/>
    <w:rsid w:val="00A4209D"/>
    <w:rsid w:val="00AA1D8D"/>
    <w:rsid w:val="00AA65E3"/>
    <w:rsid w:val="00AA713C"/>
    <w:rsid w:val="00AD2D8C"/>
    <w:rsid w:val="00AF416C"/>
    <w:rsid w:val="00B10E47"/>
    <w:rsid w:val="00B11142"/>
    <w:rsid w:val="00B36A83"/>
    <w:rsid w:val="00B4529D"/>
    <w:rsid w:val="00B47730"/>
    <w:rsid w:val="00B72056"/>
    <w:rsid w:val="00B80BDE"/>
    <w:rsid w:val="00B84D92"/>
    <w:rsid w:val="00BA559A"/>
    <w:rsid w:val="00BA5C17"/>
    <w:rsid w:val="00BB6634"/>
    <w:rsid w:val="00C11018"/>
    <w:rsid w:val="00C62A8B"/>
    <w:rsid w:val="00C735AC"/>
    <w:rsid w:val="00C817A8"/>
    <w:rsid w:val="00C940D9"/>
    <w:rsid w:val="00CA0E64"/>
    <w:rsid w:val="00CA7F24"/>
    <w:rsid w:val="00CB0664"/>
    <w:rsid w:val="00CD5F6F"/>
    <w:rsid w:val="00CF31C5"/>
    <w:rsid w:val="00D0708E"/>
    <w:rsid w:val="00D220BC"/>
    <w:rsid w:val="00D3232F"/>
    <w:rsid w:val="00D414C5"/>
    <w:rsid w:val="00D42084"/>
    <w:rsid w:val="00D64C60"/>
    <w:rsid w:val="00D7718A"/>
    <w:rsid w:val="00D83AAB"/>
    <w:rsid w:val="00D840CA"/>
    <w:rsid w:val="00D865FA"/>
    <w:rsid w:val="00D92891"/>
    <w:rsid w:val="00D93D09"/>
    <w:rsid w:val="00DA212C"/>
    <w:rsid w:val="00DC5744"/>
    <w:rsid w:val="00DD034D"/>
    <w:rsid w:val="00DF4D47"/>
    <w:rsid w:val="00E0692C"/>
    <w:rsid w:val="00E34F98"/>
    <w:rsid w:val="00E442DA"/>
    <w:rsid w:val="00E6108F"/>
    <w:rsid w:val="00E81385"/>
    <w:rsid w:val="00E81589"/>
    <w:rsid w:val="00E9764E"/>
    <w:rsid w:val="00ED114F"/>
    <w:rsid w:val="00EE4908"/>
    <w:rsid w:val="00F42F88"/>
    <w:rsid w:val="00F55602"/>
    <w:rsid w:val="00F63C1F"/>
    <w:rsid w:val="00F71FF2"/>
    <w:rsid w:val="00F81363"/>
    <w:rsid w:val="00F83C57"/>
    <w:rsid w:val="00F93261"/>
    <w:rsid w:val="00FC693F"/>
    <w:rsid w:val="00FE4067"/>
    <w:rsid w:val="015B2CA3"/>
    <w:rsid w:val="033D3DFE"/>
    <w:rsid w:val="042C453D"/>
    <w:rsid w:val="044893C7"/>
    <w:rsid w:val="050B6943"/>
    <w:rsid w:val="05132716"/>
    <w:rsid w:val="062C22F6"/>
    <w:rsid w:val="0650C34E"/>
    <w:rsid w:val="06CFA315"/>
    <w:rsid w:val="073BDA87"/>
    <w:rsid w:val="07CE6604"/>
    <w:rsid w:val="08DB2DCE"/>
    <w:rsid w:val="08F8E0A2"/>
    <w:rsid w:val="09122AF9"/>
    <w:rsid w:val="09308148"/>
    <w:rsid w:val="09CB074C"/>
    <w:rsid w:val="09D3747D"/>
    <w:rsid w:val="0A2EEE5E"/>
    <w:rsid w:val="0B2A03E7"/>
    <w:rsid w:val="0BA823E7"/>
    <w:rsid w:val="0BD0784F"/>
    <w:rsid w:val="0C62AFC2"/>
    <w:rsid w:val="0DA17547"/>
    <w:rsid w:val="0DC580F4"/>
    <w:rsid w:val="0DC86F70"/>
    <w:rsid w:val="0DD71C4B"/>
    <w:rsid w:val="0E75B200"/>
    <w:rsid w:val="0FB25E4B"/>
    <w:rsid w:val="136D5593"/>
    <w:rsid w:val="148D8BF4"/>
    <w:rsid w:val="14B0830A"/>
    <w:rsid w:val="14B3DD0E"/>
    <w:rsid w:val="1509D261"/>
    <w:rsid w:val="16E2FD35"/>
    <w:rsid w:val="1773D723"/>
    <w:rsid w:val="1884CE37"/>
    <w:rsid w:val="19447097"/>
    <w:rsid w:val="1955B3B7"/>
    <w:rsid w:val="1B17C6D6"/>
    <w:rsid w:val="1B9416A0"/>
    <w:rsid w:val="1C19E725"/>
    <w:rsid w:val="1CE7C233"/>
    <w:rsid w:val="1D8CFCD3"/>
    <w:rsid w:val="1DB35C63"/>
    <w:rsid w:val="1F015917"/>
    <w:rsid w:val="20C77E8E"/>
    <w:rsid w:val="2117E7E1"/>
    <w:rsid w:val="2145F991"/>
    <w:rsid w:val="21E0C515"/>
    <w:rsid w:val="231DB6BF"/>
    <w:rsid w:val="2337285A"/>
    <w:rsid w:val="2381B0CB"/>
    <w:rsid w:val="23B95281"/>
    <w:rsid w:val="24C79476"/>
    <w:rsid w:val="25960C27"/>
    <w:rsid w:val="26AA4E11"/>
    <w:rsid w:val="26B2FF9A"/>
    <w:rsid w:val="27F2CEE4"/>
    <w:rsid w:val="287A519D"/>
    <w:rsid w:val="287EC7B0"/>
    <w:rsid w:val="292C7982"/>
    <w:rsid w:val="29F733CA"/>
    <w:rsid w:val="2A1E20AA"/>
    <w:rsid w:val="2A8CFC51"/>
    <w:rsid w:val="2B26F2C9"/>
    <w:rsid w:val="2B4F5D5B"/>
    <w:rsid w:val="2BBBA5DA"/>
    <w:rsid w:val="2C6FA470"/>
    <w:rsid w:val="2C9EC3CD"/>
    <w:rsid w:val="2CD930D0"/>
    <w:rsid w:val="2D95EDC9"/>
    <w:rsid w:val="2D97D6A9"/>
    <w:rsid w:val="2E1A9D2E"/>
    <w:rsid w:val="2E836578"/>
    <w:rsid w:val="2EDAB66B"/>
    <w:rsid w:val="2FDA9F09"/>
    <w:rsid w:val="301F47B2"/>
    <w:rsid w:val="3088DFF8"/>
    <w:rsid w:val="31A0D93E"/>
    <w:rsid w:val="320D0F29"/>
    <w:rsid w:val="321FB63D"/>
    <w:rsid w:val="32626C5D"/>
    <w:rsid w:val="3271F5EF"/>
    <w:rsid w:val="32C2A219"/>
    <w:rsid w:val="3431AEED"/>
    <w:rsid w:val="350D2E9D"/>
    <w:rsid w:val="3569B681"/>
    <w:rsid w:val="367E8BC4"/>
    <w:rsid w:val="37158E7C"/>
    <w:rsid w:val="37D924F3"/>
    <w:rsid w:val="37F5931C"/>
    <w:rsid w:val="3A24CA5A"/>
    <w:rsid w:val="3AC21272"/>
    <w:rsid w:val="3B8E2B8A"/>
    <w:rsid w:val="3E401CCE"/>
    <w:rsid w:val="3EBB5E6B"/>
    <w:rsid w:val="3FD102DE"/>
    <w:rsid w:val="40132DA7"/>
    <w:rsid w:val="40C53D2B"/>
    <w:rsid w:val="40CCBD86"/>
    <w:rsid w:val="4217F783"/>
    <w:rsid w:val="42229FC8"/>
    <w:rsid w:val="428B2E78"/>
    <w:rsid w:val="4318636D"/>
    <w:rsid w:val="43647081"/>
    <w:rsid w:val="44A50A37"/>
    <w:rsid w:val="44F022A9"/>
    <w:rsid w:val="467245F7"/>
    <w:rsid w:val="4750F424"/>
    <w:rsid w:val="4760A8E7"/>
    <w:rsid w:val="47BE1AD5"/>
    <w:rsid w:val="47C85F2C"/>
    <w:rsid w:val="4830C900"/>
    <w:rsid w:val="48CDD1ED"/>
    <w:rsid w:val="492487B9"/>
    <w:rsid w:val="49AE7BB2"/>
    <w:rsid w:val="4A2A07C4"/>
    <w:rsid w:val="4A86A5A2"/>
    <w:rsid w:val="4BC4EAB1"/>
    <w:rsid w:val="4CA6FB2A"/>
    <w:rsid w:val="4CB7399E"/>
    <w:rsid w:val="4D33628D"/>
    <w:rsid w:val="4D491862"/>
    <w:rsid w:val="4D9CA4E4"/>
    <w:rsid w:val="4DB272F1"/>
    <w:rsid w:val="4ECC92D6"/>
    <w:rsid w:val="50C9E605"/>
    <w:rsid w:val="5175B1F3"/>
    <w:rsid w:val="518CF1AF"/>
    <w:rsid w:val="5226B21C"/>
    <w:rsid w:val="523C2B49"/>
    <w:rsid w:val="52888861"/>
    <w:rsid w:val="5315E480"/>
    <w:rsid w:val="55C44E3F"/>
    <w:rsid w:val="56551CD1"/>
    <w:rsid w:val="5785C6C0"/>
    <w:rsid w:val="58469BB3"/>
    <w:rsid w:val="59A077BB"/>
    <w:rsid w:val="59ACDBC8"/>
    <w:rsid w:val="59EABF65"/>
    <w:rsid w:val="5A5741BE"/>
    <w:rsid w:val="5A84AFA0"/>
    <w:rsid w:val="5B672473"/>
    <w:rsid w:val="5C918AB6"/>
    <w:rsid w:val="5C9C30A8"/>
    <w:rsid w:val="5CA14481"/>
    <w:rsid w:val="5CB073D9"/>
    <w:rsid w:val="5CDDA145"/>
    <w:rsid w:val="5DA9951B"/>
    <w:rsid w:val="5F57BBD0"/>
    <w:rsid w:val="5F6FBEE0"/>
    <w:rsid w:val="5FC4C10F"/>
    <w:rsid w:val="604C024D"/>
    <w:rsid w:val="612A763E"/>
    <w:rsid w:val="6135E4B2"/>
    <w:rsid w:val="6326B1EB"/>
    <w:rsid w:val="63504828"/>
    <w:rsid w:val="63F8FEB8"/>
    <w:rsid w:val="6497F7CD"/>
    <w:rsid w:val="65133069"/>
    <w:rsid w:val="65212909"/>
    <w:rsid w:val="65D1BB48"/>
    <w:rsid w:val="667A8DD5"/>
    <w:rsid w:val="66BF3207"/>
    <w:rsid w:val="66CF4FAC"/>
    <w:rsid w:val="67A5992B"/>
    <w:rsid w:val="683CC119"/>
    <w:rsid w:val="6902D7AB"/>
    <w:rsid w:val="6AFE04BA"/>
    <w:rsid w:val="6BE2929D"/>
    <w:rsid w:val="6C33F8F7"/>
    <w:rsid w:val="6C8BDAD1"/>
    <w:rsid w:val="6C8E9E67"/>
    <w:rsid w:val="6C91A0E4"/>
    <w:rsid w:val="6D77D33D"/>
    <w:rsid w:val="6DA82328"/>
    <w:rsid w:val="6DC4FA1A"/>
    <w:rsid w:val="6DFDC28F"/>
    <w:rsid w:val="6EBA8917"/>
    <w:rsid w:val="70DD00A6"/>
    <w:rsid w:val="71946AE0"/>
    <w:rsid w:val="72ED9EB5"/>
    <w:rsid w:val="73317692"/>
    <w:rsid w:val="73F2524D"/>
    <w:rsid w:val="74DFBAEE"/>
    <w:rsid w:val="751B24A5"/>
    <w:rsid w:val="7534AC74"/>
    <w:rsid w:val="7667F8E4"/>
    <w:rsid w:val="76CC13FB"/>
    <w:rsid w:val="7732449E"/>
    <w:rsid w:val="7818E956"/>
    <w:rsid w:val="782BD50A"/>
    <w:rsid w:val="783C6D91"/>
    <w:rsid w:val="795742C2"/>
    <w:rsid w:val="7B6958EC"/>
    <w:rsid w:val="7BAD5EF6"/>
    <w:rsid w:val="7BF9108B"/>
    <w:rsid w:val="7C24FA62"/>
    <w:rsid w:val="7C813606"/>
    <w:rsid w:val="7D615954"/>
    <w:rsid w:val="7DD16DC7"/>
    <w:rsid w:val="7E893FF0"/>
    <w:rsid w:val="7F7E3D90"/>
    <w:rsid w:val="7FC4A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BB35D51E-51BF-4C98-B719-F0A2D265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4D47"/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177BB"/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3698</Characters>
  <Application>Microsoft Office Word</Application>
  <DocSecurity>4</DocSecurity>
  <Lines>30</Lines>
  <Paragraphs>8</Paragraphs>
  <ScaleCrop>false</ScaleCrop>
  <Manager/>
  <Company/>
  <LinksUpToDate>false</LinksUpToDate>
  <CharactersWithSpaces>4338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Il-haam I. Petersen</cp:lastModifiedBy>
  <cp:revision>95</cp:revision>
  <dcterms:created xsi:type="dcterms:W3CDTF">2026-07-09T03:24:00Z</dcterms:created>
  <dcterms:modified xsi:type="dcterms:W3CDTF">2026-07-21T08:09:00Z</dcterms:modified>
  <cp:category/>
</cp:coreProperties>
</file>